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DE1F5" w14:textId="77777777" w:rsidR="00425AFC" w:rsidRPr="00676880" w:rsidRDefault="00425AFC" w:rsidP="00425AFC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676880">
        <w:rPr>
          <w:rFonts w:ascii="Simplified Arabic" w:hAnsi="Simplified Arabic" w:cs="Simplified Arabic"/>
          <w:b/>
          <w:bCs/>
          <w:sz w:val="36"/>
          <w:szCs w:val="36"/>
          <w:rtl/>
        </w:rPr>
        <w:t>السيرة الذاتية</w:t>
      </w:r>
      <w:r w:rsidRPr="00425AFC">
        <w:rPr>
          <w:b/>
          <w:bCs/>
          <w:sz w:val="36"/>
          <w:szCs w:val="36"/>
        </w:rPr>
        <w:br/>
      </w:r>
      <w:r>
        <w:t xml:space="preserve"> </w:t>
      </w:r>
      <w:r w:rsidRPr="00676880">
        <w:rPr>
          <w:rFonts w:ascii="Simplified Arabic" w:hAnsi="Simplified Arabic" w:cs="Simplified Arabic"/>
          <w:sz w:val="32"/>
          <w:szCs w:val="32"/>
        </w:rPr>
        <w:br/>
      </w:r>
      <w:r w:rsidRPr="00676880">
        <w:rPr>
          <w:rFonts w:ascii="Simplified Arabic" w:hAnsi="Simplified Arabic" w:cs="Simplified Arabic"/>
          <w:b/>
          <w:bCs/>
          <w:sz w:val="32"/>
          <w:szCs w:val="32"/>
        </w:rPr>
        <w:t xml:space="preserve"> دنيا شاكر </w:t>
      </w:r>
      <w:r w:rsidRPr="00676880">
        <w:rPr>
          <w:rFonts w:ascii="Simplified Arabic" w:hAnsi="Simplified Arabic" w:cs="Simplified Arabic"/>
          <w:b/>
          <w:bCs/>
          <w:sz w:val="32"/>
          <w:szCs w:val="32"/>
          <w:rtl/>
        </w:rPr>
        <w:t>حنفى</w:t>
      </w:r>
      <w:r w:rsidRPr="00676880">
        <w:rPr>
          <w:rFonts w:ascii="Simplified Arabic" w:hAnsi="Simplified Arabic" w:cs="Simplified Arabic"/>
          <w:b/>
          <w:bCs/>
          <w:sz w:val="32"/>
          <w:szCs w:val="32"/>
        </w:rPr>
        <w:t xml:space="preserve"> غانم </w:t>
      </w:r>
    </w:p>
    <w:p w14:paraId="295A033F" w14:textId="1776724B" w:rsidR="00994B32" w:rsidRPr="00676880" w:rsidRDefault="00994B32" w:rsidP="00994B32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r w:rsidRPr="00676880">
        <w:rPr>
          <w:rFonts w:ascii="Simplified Arabic" w:hAnsi="Simplified Arabic" w:cs="Simplified Arabic"/>
          <w:b/>
          <w:bCs/>
          <w:sz w:val="32"/>
          <w:szCs w:val="32"/>
        </w:rPr>
        <w:t>Donya Shaker Hanafy Ghanem</w:t>
      </w:r>
    </w:p>
    <w:p w14:paraId="3002C5F7" w14:textId="350166FD" w:rsidR="00DD28F3" w:rsidRPr="00676880" w:rsidRDefault="00DD28F3" w:rsidP="00DD28F3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r w:rsidRPr="00676880">
        <w:rPr>
          <w:rFonts w:ascii="Simplified Arabic" w:hAnsi="Simplified Arabic" w:cs="Simplified Arabic"/>
          <w:b/>
          <w:bCs/>
          <w:sz w:val="32"/>
          <w:szCs w:val="32"/>
          <w:rtl/>
        </w:rPr>
        <w:t>رقم الهاتف:</w:t>
      </w:r>
      <w:r w:rsidRPr="00DD28F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76880">
        <w:rPr>
          <w:rFonts w:ascii="Simplified Arabic" w:hAnsi="Simplified Arabic" w:cs="Simplified Arabic"/>
          <w:b/>
          <w:bCs/>
          <w:sz w:val="32"/>
          <w:szCs w:val="32"/>
        </w:rPr>
        <w:t>01018258167</w:t>
      </w:r>
    </w:p>
    <w:p w14:paraId="0D7CA38D" w14:textId="1C48DCDA" w:rsidR="00E87E22" w:rsidRDefault="00DD28F3" w:rsidP="00547971">
      <w:pPr>
        <w:bidi/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67688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البريد الالكتروني: </w:t>
      </w:r>
      <w:hyperlink r:id="rId8" w:history="1">
        <w:r w:rsidRPr="00676880">
          <w:rPr>
            <w:rStyle w:val="Hyperlink"/>
            <w:rFonts w:ascii="Simplified Arabic" w:hAnsi="Simplified Arabic" w:cs="Simplified Arabic"/>
            <w:b/>
            <w:bCs/>
            <w:sz w:val="32"/>
            <w:szCs w:val="32"/>
          </w:rPr>
          <w:t>donya.shaker@kgr.dmu.edu.eg</w:t>
        </w:r>
      </w:hyperlink>
    </w:p>
    <w:p w14:paraId="59FD083E" w14:textId="77777777" w:rsidR="00547971" w:rsidRPr="00547971" w:rsidRDefault="00547971" w:rsidP="00547971">
      <w:pPr>
        <w:bidi/>
        <w:jc w:val="center"/>
        <w:rPr>
          <w:rFonts w:ascii="Simplified Arabic" w:hAnsi="Simplified Arabic" w:cs="Simplified Arabic"/>
          <w:sz w:val="10"/>
          <w:szCs w:val="10"/>
          <w:rtl/>
        </w:rPr>
      </w:pPr>
    </w:p>
    <w:p w14:paraId="4D311C9C" w14:textId="49F641BC" w:rsidR="00E64B67" w:rsidRPr="004A6904" w:rsidRDefault="00547971" w:rsidP="00E87E22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الدرجة</w:t>
      </w:r>
      <w:r w:rsidR="00E64B67" w:rsidRPr="004A690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العلمية:</w:t>
      </w:r>
    </w:p>
    <w:p w14:paraId="08F3D61E" w14:textId="2442D224" w:rsidR="001670FD" w:rsidRPr="004A6904" w:rsidRDefault="001670FD" w:rsidP="00E87E22">
      <w:pPr>
        <w:pStyle w:val="ListParagraph"/>
        <w:numPr>
          <w:ilvl w:val="0"/>
          <w:numId w:val="11"/>
        </w:num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مدرس </w:t>
      </w:r>
      <w:r w:rsidR="00CD61FC" w:rsidRPr="004A6904">
        <w:rPr>
          <w:rFonts w:ascii="Simplified Arabic" w:hAnsi="Simplified Arabic" w:cs="Simplified Arabic"/>
          <w:sz w:val="28"/>
          <w:szCs w:val="28"/>
          <w:rtl/>
        </w:rPr>
        <w:t xml:space="preserve">مساعد </w:t>
      </w:r>
      <w:proofErr w:type="gramStart"/>
      <w:r w:rsidR="00CD61FC" w:rsidRPr="004A6904">
        <w:rPr>
          <w:rFonts w:ascii="Simplified Arabic" w:hAnsi="Simplified Arabic" w:cs="Simplified Arabic"/>
          <w:sz w:val="28"/>
          <w:szCs w:val="28"/>
          <w:rtl/>
        </w:rPr>
        <w:t>بقسم</w:t>
      </w:r>
      <w:r w:rsidR="00E64B67" w:rsidRPr="004A690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العلوم</w:t>
      </w:r>
      <w:proofErr w:type="spellEnd"/>
      <w:proofErr w:type="gramEnd"/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التربوية لدي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كلية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التربية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للطفولة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المبكرة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جامعة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دمنهو</w:t>
      </w:r>
      <w:proofErr w:type="spellEnd"/>
      <w:r w:rsidRPr="004A6904">
        <w:rPr>
          <w:rFonts w:ascii="Simplified Arabic" w:hAnsi="Simplified Arabic" w:cs="Simplified Arabic"/>
          <w:sz w:val="28"/>
          <w:szCs w:val="28"/>
          <w:rtl/>
        </w:rPr>
        <w:t>ر</w:t>
      </w:r>
      <w:r w:rsidR="009328AF" w:rsidRPr="004A6904">
        <w:rPr>
          <w:rFonts w:ascii="Simplified Arabic" w:hAnsi="Simplified Arabic" w:cs="Simplified Arabic"/>
          <w:sz w:val="28"/>
          <w:szCs w:val="28"/>
          <w:rtl/>
        </w:rPr>
        <w:t xml:space="preserve"> أبريل 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>2026.</w:t>
      </w:r>
    </w:p>
    <w:p w14:paraId="5B62C63A" w14:textId="51D8E2AD" w:rsidR="00CD61FC" w:rsidRPr="004A6904" w:rsidRDefault="00CD61FC" w:rsidP="00CD61FC">
      <w:pPr>
        <w:pStyle w:val="ListParagraph"/>
        <w:numPr>
          <w:ilvl w:val="0"/>
          <w:numId w:val="11"/>
        </w:numPr>
        <w:bidi/>
        <w:rPr>
          <w:rFonts w:ascii="Simplified Arabic" w:hAnsi="Simplified Arabic" w:cs="Simplified Arabic"/>
          <w:b/>
          <w:bCs/>
          <w:sz w:val="28"/>
          <w:szCs w:val="28"/>
        </w:rPr>
      </w:pP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معيدة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بقسم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العلوم</w:t>
      </w:r>
      <w:proofErr w:type="spellEnd"/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التربوية لدي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كلية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التربية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للطفولة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المبكرة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proofErr w:type="gramStart"/>
      <w:r w:rsidRPr="004A6904">
        <w:rPr>
          <w:rFonts w:ascii="Simplified Arabic" w:hAnsi="Simplified Arabic" w:cs="Simplified Arabic"/>
          <w:sz w:val="28"/>
          <w:szCs w:val="28"/>
        </w:rPr>
        <w:t>جامعة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دمنهور</w:t>
      </w:r>
      <w:proofErr w:type="gramEnd"/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مارس 2022- حتي مارس2026.</w:t>
      </w:r>
    </w:p>
    <w:p w14:paraId="0AFEEC6A" w14:textId="77777777" w:rsidR="00CD61FC" w:rsidRPr="00547971" w:rsidRDefault="00CD61FC" w:rsidP="00CD61FC">
      <w:pPr>
        <w:pStyle w:val="ListParagraph"/>
        <w:numPr>
          <w:ilvl w:val="0"/>
          <w:numId w:val="11"/>
        </w:numPr>
        <w:bidi/>
        <w:rPr>
          <w:rFonts w:ascii="Simplified Arabic" w:hAnsi="Simplified Arabic" w:cs="Simplified Arabic"/>
          <w:b/>
          <w:bCs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>باحثة تمهيدي دكتوراة الفلسفة في التربية للطفولة المبكرة جامعة دمنهور 2025-2026.</w:t>
      </w:r>
    </w:p>
    <w:p w14:paraId="04D8F007" w14:textId="77777777" w:rsidR="00547971" w:rsidRPr="004A6904" w:rsidRDefault="00547971" w:rsidP="00547971">
      <w:pPr>
        <w:pStyle w:val="ListParagraph"/>
        <w:bidi/>
        <w:rPr>
          <w:rFonts w:ascii="Simplified Arabic" w:hAnsi="Simplified Arabic" w:cs="Simplified Arabic"/>
          <w:b/>
          <w:bCs/>
          <w:sz w:val="28"/>
          <w:szCs w:val="28"/>
        </w:rPr>
      </w:pPr>
    </w:p>
    <w:p w14:paraId="015E5E00" w14:textId="77777777" w:rsidR="00547971" w:rsidRDefault="00CD61FC" w:rsidP="00DD28F3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4A6904">
        <w:rPr>
          <w:rFonts w:ascii="Simplified Arabic" w:hAnsi="Simplified Arabic" w:cs="Simplified Arabic"/>
          <w:b/>
          <w:bCs/>
          <w:sz w:val="28"/>
          <w:szCs w:val="28"/>
          <w:rtl/>
        </w:rPr>
        <w:t>تاريخ الميلاد: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1-12-1997م.</w:t>
      </w:r>
    </w:p>
    <w:p w14:paraId="612EFCAB" w14:textId="3B7D13B6" w:rsidR="00E64B67" w:rsidRPr="004A6904" w:rsidRDefault="00CD61FC" w:rsidP="00547971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547971">
        <w:rPr>
          <w:rFonts w:ascii="Simplified Arabic" w:hAnsi="Simplified Arabic" w:cs="Simplified Arabic"/>
          <w:sz w:val="10"/>
          <w:szCs w:val="10"/>
        </w:rPr>
        <w:br/>
      </w:r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r w:rsidR="0054797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العنوان</w:t>
      </w:r>
      <w:r w:rsidR="00E64B67" w:rsidRPr="004A6904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="00E64B67" w:rsidRPr="004A690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64B67" w:rsidRPr="004A6904">
        <w:rPr>
          <w:rFonts w:ascii="Simplified Arabic" w:hAnsi="Simplified Arabic" w:cs="Simplified Arabic"/>
          <w:sz w:val="28"/>
          <w:szCs w:val="28"/>
          <w:rtl/>
          <w:lang w:bidi="ar-EG"/>
        </w:rPr>
        <w:t>مدينة دمنهور-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محافظه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البحير</w:t>
      </w:r>
      <w:proofErr w:type="spellEnd"/>
      <w:r w:rsidR="00E64B67" w:rsidRPr="004A6904">
        <w:rPr>
          <w:rFonts w:ascii="Simplified Arabic" w:hAnsi="Simplified Arabic" w:cs="Simplified Arabic"/>
          <w:sz w:val="28"/>
          <w:szCs w:val="28"/>
          <w:rtl/>
        </w:rPr>
        <w:t>ة</w:t>
      </w:r>
    </w:p>
    <w:p w14:paraId="2D0C4B29" w14:textId="77777777" w:rsidR="00547971" w:rsidRDefault="00E64B67" w:rsidP="00E64B67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547971">
        <w:rPr>
          <w:rFonts w:ascii="Simplified Arabic" w:hAnsi="Simplified Arabic" w:cs="Simplified Arabic"/>
          <w:b/>
          <w:bCs/>
          <w:sz w:val="28"/>
          <w:szCs w:val="28"/>
          <w:rtl/>
        </w:rPr>
        <w:t>الدولة: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مصر</w:t>
      </w:r>
    </w:p>
    <w:p w14:paraId="273F8433" w14:textId="07BBB759" w:rsidR="00547971" w:rsidRDefault="00E64B67" w:rsidP="00547971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547971">
        <w:rPr>
          <w:rFonts w:ascii="Simplified Arabic" w:hAnsi="Simplified Arabic" w:cs="Simplified Arabic"/>
          <w:sz w:val="10"/>
          <w:szCs w:val="10"/>
        </w:rPr>
        <w:br/>
      </w:r>
      <w:proofErr w:type="spellStart"/>
      <w:proofErr w:type="gramStart"/>
      <w:r w:rsidRPr="004A6904">
        <w:rPr>
          <w:rFonts w:ascii="Simplified Arabic" w:hAnsi="Simplified Arabic" w:cs="Simplified Arabic"/>
          <w:b/>
          <w:bCs/>
          <w:sz w:val="28"/>
          <w:szCs w:val="28"/>
        </w:rPr>
        <w:t>الوظيفة</w:t>
      </w:r>
      <w:proofErr w:type="spellEnd"/>
      <w:r w:rsidRPr="004A6904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4A690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الحالية</w:t>
      </w:r>
      <w:proofErr w:type="gramEnd"/>
      <w:r w:rsidR="00CD61FC" w:rsidRPr="004A690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: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D61FC" w:rsidRPr="004A6904">
        <w:rPr>
          <w:rFonts w:ascii="Simplified Arabic" w:hAnsi="Simplified Arabic" w:cs="Simplified Arabic"/>
          <w:sz w:val="28"/>
          <w:szCs w:val="28"/>
          <w:rtl/>
        </w:rPr>
        <w:t>مدرس مساعد</w:t>
      </w:r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بقسم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العلوم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proofErr w:type="gramStart"/>
      <w:r w:rsidRPr="004A6904">
        <w:rPr>
          <w:rFonts w:ascii="Simplified Arabic" w:hAnsi="Simplified Arabic" w:cs="Simplified Arabic"/>
          <w:sz w:val="28"/>
          <w:szCs w:val="28"/>
        </w:rPr>
        <w:t>التربوية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r w:rsidR="00CD61FC" w:rsidRPr="004A6904">
        <w:rPr>
          <w:rFonts w:ascii="Simplified Arabic" w:hAnsi="Simplified Arabic" w:cs="Simplified Arabic"/>
          <w:sz w:val="28"/>
          <w:szCs w:val="28"/>
          <w:rtl/>
        </w:rPr>
        <w:t xml:space="preserve"> لدي</w:t>
      </w:r>
      <w:proofErr w:type="gramEnd"/>
      <w:r w:rsidR="00CD61FC" w:rsidRPr="004A690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كلية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التربية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للطفولة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المبكرة</w:t>
      </w:r>
      <w:proofErr w:type="spellEnd"/>
      <w:r w:rsidR="008B3C07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="00CD61FC" w:rsidRPr="004A6904">
        <w:rPr>
          <w:rFonts w:ascii="Simplified Arabic" w:hAnsi="Simplified Arabic" w:cs="Simplified Arabic"/>
          <w:sz w:val="28"/>
          <w:szCs w:val="28"/>
          <w:rtl/>
        </w:rPr>
        <w:t xml:space="preserve"> جامعة </w:t>
      </w:r>
      <w:proofErr w:type="gramStart"/>
      <w:r w:rsidR="00CD61FC" w:rsidRPr="004A6904">
        <w:rPr>
          <w:rFonts w:ascii="Simplified Arabic" w:hAnsi="Simplified Arabic" w:cs="Simplified Arabic"/>
          <w:sz w:val="28"/>
          <w:szCs w:val="28"/>
          <w:rtl/>
        </w:rPr>
        <w:t>دمنهور</w:t>
      </w:r>
      <w:r w:rsidRPr="004A6904">
        <w:rPr>
          <w:rFonts w:ascii="Simplified Arabic" w:hAnsi="Simplified Arabic" w:cs="Simplified Arabic"/>
          <w:sz w:val="28"/>
          <w:szCs w:val="28"/>
        </w:rPr>
        <w:t xml:space="preserve"> .</w:t>
      </w:r>
      <w:proofErr w:type="gramEnd"/>
    </w:p>
    <w:p w14:paraId="72953531" w14:textId="4BAC2CCD" w:rsidR="00DD28F3" w:rsidRPr="004A6904" w:rsidRDefault="00E64B67" w:rsidP="008B3C07">
      <w:pPr>
        <w:bidi/>
        <w:spacing w:after="0" w:line="240" w:lineRule="auto"/>
        <w:contextualSpacing/>
        <w:rPr>
          <w:rFonts w:ascii="Simplified Arabic" w:hAnsi="Simplified Arabic" w:cs="Simplified Arabic"/>
          <w:sz w:val="28"/>
          <w:szCs w:val="28"/>
          <w:rtl/>
        </w:rPr>
      </w:pPr>
      <w:r w:rsidRPr="004A6904">
        <w:rPr>
          <w:rFonts w:ascii="Simplified Arabic" w:hAnsi="Simplified Arabic" w:cs="Simplified Arabic"/>
          <w:sz w:val="28"/>
          <w:szCs w:val="28"/>
        </w:rPr>
        <w:lastRenderedPageBreak/>
        <w:br/>
      </w:r>
      <w:proofErr w:type="spellStart"/>
      <w:r w:rsidRPr="004A6904">
        <w:rPr>
          <w:rFonts w:ascii="Simplified Arabic" w:hAnsi="Simplified Arabic" w:cs="Simplified Arabic"/>
          <w:b/>
          <w:bCs/>
          <w:sz w:val="28"/>
          <w:szCs w:val="28"/>
        </w:rPr>
        <w:t>المؤ</w:t>
      </w:r>
      <w:r w:rsidR="00CD61FC" w:rsidRPr="004A6904">
        <w:rPr>
          <w:rFonts w:ascii="Simplified Arabic" w:hAnsi="Simplified Arabic" w:cs="Simplified Arabic"/>
          <w:b/>
          <w:bCs/>
          <w:sz w:val="28"/>
          <w:szCs w:val="28"/>
          <w:rtl/>
        </w:rPr>
        <w:t>هلات</w:t>
      </w:r>
      <w:proofErr w:type="spellEnd"/>
      <w:r w:rsidRPr="004A690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والشهادات الحاصلة عليها</w:t>
      </w:r>
      <w:r w:rsidR="00CD61FC" w:rsidRPr="004A6904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14:paraId="6112C655" w14:textId="15EA61E9" w:rsidR="00E64B67" w:rsidRPr="006A2A95" w:rsidRDefault="00DD28F3" w:rsidP="006A2A95">
      <w:pPr>
        <w:pStyle w:val="ListParagraph"/>
        <w:numPr>
          <w:ilvl w:val="0"/>
          <w:numId w:val="11"/>
        </w:num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حاصلة </w:t>
      </w:r>
      <w:r w:rsidR="00E64B67" w:rsidRPr="004A6904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64B67" w:rsidRPr="004A6904">
        <w:rPr>
          <w:rFonts w:ascii="Simplified Arabic" w:hAnsi="Simplified Arabic" w:cs="Simplified Arabic"/>
          <w:sz w:val="28"/>
          <w:szCs w:val="28"/>
          <w:rtl/>
        </w:rPr>
        <w:t>درجة الماجستير في التربية (رياض الأطفال) قسم العلوم التربوية بنظام الساعات المعتمدة يناير 2026، موضوع الرسالة: تصميم بيئة تعليمية قائمة على استراتيجيات التعلم الممتع لتنمية مهارات بزوغ القراءة والكتابة المبكرة لدي الأطفال الصم.</w:t>
      </w:r>
    </w:p>
    <w:p w14:paraId="1B319664" w14:textId="20DCAC48" w:rsidR="00CD61FC" w:rsidRPr="004A6904" w:rsidRDefault="00CD61FC" w:rsidP="00E64B67">
      <w:pPr>
        <w:pStyle w:val="ListParagraph"/>
        <w:numPr>
          <w:ilvl w:val="0"/>
          <w:numId w:val="11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حاصلة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علي دبلومة</w:t>
      </w:r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مهنية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تخصص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التربية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الخاصة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من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كلية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التربية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جامعة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عين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>شمس 2022-2023.</w:t>
      </w:r>
    </w:p>
    <w:p w14:paraId="0CD3F313" w14:textId="77777777" w:rsidR="00CD61FC" w:rsidRPr="004A6904" w:rsidRDefault="00CD61FC" w:rsidP="00E64B67">
      <w:pPr>
        <w:pStyle w:val="ListParagraph"/>
        <w:numPr>
          <w:ilvl w:val="0"/>
          <w:numId w:val="11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>حاصلة على تمهيدي ماجستير لدي كلية التربية للطفولة المبكرة جامعة دمنهور 2021-2022.</w:t>
      </w:r>
    </w:p>
    <w:p w14:paraId="70F951D9" w14:textId="2B9A38BE" w:rsidR="00CD61FC" w:rsidRPr="004A6904" w:rsidRDefault="00CD61FC" w:rsidP="00E64B67">
      <w:pPr>
        <w:pStyle w:val="ListParagraph"/>
        <w:numPr>
          <w:ilvl w:val="0"/>
          <w:numId w:val="11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حاصلة </w:t>
      </w:r>
      <w:r w:rsidR="006A2A95" w:rsidRPr="004A6904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دبلوم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خاص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طفل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غير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عادي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من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كلية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التربية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للطفولة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المبكرة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جامعة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دمنهور</w:t>
      </w:r>
      <w:proofErr w:type="spellEnd"/>
      <w:r w:rsidRPr="004A6904">
        <w:rPr>
          <w:rFonts w:ascii="Simplified Arabic" w:hAnsi="Simplified Arabic" w:cs="Simplified Arabic"/>
          <w:sz w:val="28"/>
          <w:szCs w:val="28"/>
          <w:rtl/>
        </w:rPr>
        <w:t>2020-2021.</w:t>
      </w:r>
    </w:p>
    <w:p w14:paraId="61556FF3" w14:textId="087E0DE7" w:rsidR="00E64B67" w:rsidRPr="004A6904" w:rsidRDefault="00000000" w:rsidP="00E64B67">
      <w:pPr>
        <w:pStyle w:val="ListParagraph"/>
        <w:numPr>
          <w:ilvl w:val="0"/>
          <w:numId w:val="11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حاصلة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علي</w:t>
      </w:r>
      <w:proofErr w:type="spellEnd"/>
      <w:r w:rsidR="00CD61FC" w:rsidRPr="004A6904">
        <w:rPr>
          <w:rFonts w:ascii="Simplified Arabic" w:hAnsi="Simplified Arabic" w:cs="Simplified Arabic"/>
          <w:sz w:val="28"/>
          <w:szCs w:val="28"/>
          <w:rtl/>
        </w:rPr>
        <w:t xml:space="preserve"> بكالوري</w:t>
      </w:r>
      <w:r w:rsidR="00DD28F3" w:rsidRPr="004A6904">
        <w:rPr>
          <w:rFonts w:ascii="Simplified Arabic" w:hAnsi="Simplified Arabic" w:cs="Simplified Arabic"/>
          <w:sz w:val="28"/>
          <w:szCs w:val="28"/>
          <w:rtl/>
        </w:rPr>
        <w:t>وس</w:t>
      </w:r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التربية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في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رياض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r w:rsidR="006A2A95" w:rsidRPr="004A6904">
        <w:rPr>
          <w:rFonts w:ascii="Simplified Arabic" w:hAnsi="Simplified Arabic" w:cs="Simplified Arabic" w:hint="cs"/>
          <w:sz w:val="28"/>
          <w:szCs w:val="28"/>
          <w:rtl/>
        </w:rPr>
        <w:t xml:space="preserve">الأطفال </w:t>
      </w:r>
      <w:proofErr w:type="gramStart"/>
      <w:r w:rsidR="006A2A95" w:rsidRPr="004A6904">
        <w:rPr>
          <w:rFonts w:ascii="Simplified Arabic" w:hAnsi="Simplified Arabic" w:cs="Simplified Arabic"/>
          <w:sz w:val="28"/>
          <w:szCs w:val="28"/>
          <w:rtl/>
        </w:rPr>
        <w:t>من</w:t>
      </w:r>
      <w:r w:rsidR="006A2A95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كلية</w:t>
      </w:r>
      <w:proofErr w:type="spellEnd"/>
      <w:proofErr w:type="gram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التربية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للطفولة</w:t>
      </w:r>
      <w:proofErr w:type="spellEnd"/>
      <w:r w:rsidR="00DD28F3" w:rsidRPr="004A690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="00DD28F3" w:rsidRPr="004A6904">
        <w:rPr>
          <w:rFonts w:ascii="Simplified Arabic" w:hAnsi="Simplified Arabic" w:cs="Simplified Arabic"/>
          <w:sz w:val="28"/>
          <w:szCs w:val="28"/>
          <w:rtl/>
        </w:rPr>
        <w:t>ا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لمبكرة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.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جامعة</w:t>
      </w:r>
      <w:proofErr w:type="spellEnd"/>
      <w:proofErr w:type="gram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دمنهور</w:t>
      </w:r>
      <w:proofErr w:type="spellEnd"/>
      <w:r w:rsidR="00DD28F3" w:rsidRPr="004A6904">
        <w:rPr>
          <w:rFonts w:ascii="Simplified Arabic" w:hAnsi="Simplified Arabic" w:cs="Simplified Arabic"/>
          <w:sz w:val="28"/>
          <w:szCs w:val="28"/>
          <w:rtl/>
        </w:rPr>
        <w:t>2019-2020.</w:t>
      </w:r>
    </w:p>
    <w:p w14:paraId="5F12B8F9" w14:textId="75479796" w:rsidR="00D1210D" w:rsidRPr="004A6904" w:rsidRDefault="00000000" w:rsidP="00D1210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4A6904">
        <w:rPr>
          <w:rFonts w:ascii="Simplified Arabic" w:hAnsi="Simplified Arabic" w:cs="Simplified Arabic"/>
          <w:sz w:val="28"/>
          <w:szCs w:val="28"/>
        </w:rPr>
        <w:br/>
      </w:r>
      <w:r w:rsidR="0023631F" w:rsidRPr="004A6904">
        <w:rPr>
          <w:rFonts w:ascii="Simplified Arabic" w:hAnsi="Simplified Arabic" w:cs="Simplified Arabic"/>
          <w:b/>
          <w:bCs/>
          <w:sz w:val="28"/>
          <w:szCs w:val="28"/>
          <w:rtl/>
        </w:rPr>
        <w:t>الدورات التدريبية</w:t>
      </w:r>
      <w:r w:rsidR="00D1210D" w:rsidRPr="004A6904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14:paraId="37D20341" w14:textId="709FBC6D" w:rsidR="00FF4880" w:rsidRPr="004A6904" w:rsidRDefault="00D1210D" w:rsidP="00D1210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4A6904">
        <w:rPr>
          <w:rFonts w:ascii="Simplified Arabic" w:hAnsi="Simplified Arabic" w:cs="Simplified Arabic"/>
          <w:b/>
          <w:bCs/>
          <w:sz w:val="28"/>
          <w:szCs w:val="28"/>
          <w:rtl/>
        </w:rPr>
        <w:t>من مركز اللغات، ومركز تنمية قدرات أعضاء هيئة التدريس والقيادات بجامعة دمنهور</w:t>
      </w:r>
      <w:r w:rsidR="00E64B67" w:rsidRPr="004A6904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14:paraId="696F9878" w14:textId="13E455D5" w:rsidR="00567783" w:rsidRPr="004A6904" w:rsidRDefault="00567783" w:rsidP="00D26658">
      <w:pPr>
        <w:pStyle w:val="ListParagraph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>شهادة اجتياز دورة تنمية مهارات اللغة العربية أكتوبر 2023.</w:t>
      </w:r>
    </w:p>
    <w:p w14:paraId="44A5D6C4" w14:textId="3AB268E9" w:rsidR="00FF2F04" w:rsidRPr="004A6904" w:rsidRDefault="00FF2F04" w:rsidP="00D26658">
      <w:pPr>
        <w:pStyle w:val="ListParagraph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>شهادة إتمام دورة تدريبية بعنوان: مهارات العرض الفعال</w:t>
      </w:r>
    </w:p>
    <w:p w14:paraId="4A8FB8CD" w14:textId="5AD89DA6" w:rsidR="00FF2F04" w:rsidRPr="004A6904" w:rsidRDefault="00FF2F04" w:rsidP="00D26658">
      <w:pPr>
        <w:pStyle w:val="ListParagraph"/>
        <w:bidi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4A6904">
        <w:rPr>
          <w:rFonts w:ascii="Simplified Arabic" w:hAnsi="Simplified Arabic" w:cs="Simplified Arabic"/>
          <w:sz w:val="28"/>
          <w:szCs w:val="28"/>
        </w:rPr>
        <w:t>(Effective Presentation Skills)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يناير 2024.</w:t>
      </w:r>
    </w:p>
    <w:p w14:paraId="5CE2875C" w14:textId="77777777" w:rsidR="00FF2F04" w:rsidRPr="004A6904" w:rsidRDefault="0023631F" w:rsidP="00D26658">
      <w:pPr>
        <w:pStyle w:val="ListParagraph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>شهادة إتمام دورة تدريبية بعنوان: أخلاقيات وأساليب البحث العلمي</w:t>
      </w:r>
      <w:r w:rsidR="00FF2F04" w:rsidRPr="004A6904">
        <w:rPr>
          <w:rFonts w:ascii="Simplified Arabic" w:hAnsi="Simplified Arabic" w:cs="Simplified Arabic"/>
          <w:sz w:val="28"/>
          <w:szCs w:val="28"/>
        </w:rPr>
        <w:t xml:space="preserve"> </w:t>
      </w:r>
    </w:p>
    <w:p w14:paraId="49F574C5" w14:textId="71F62A06" w:rsidR="00D962F9" w:rsidRPr="004A6904" w:rsidRDefault="00FF2F04" w:rsidP="00D26658">
      <w:pPr>
        <w:pStyle w:val="ListParagraph"/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</w:rPr>
        <w:t>(Scientific Research Ethics and Methods)</w:t>
      </w:r>
      <w:r w:rsidR="0023631F" w:rsidRPr="004A6904">
        <w:rPr>
          <w:rFonts w:ascii="Simplified Arabic" w:hAnsi="Simplified Arabic" w:cs="Simplified Arabic"/>
          <w:sz w:val="28"/>
          <w:szCs w:val="28"/>
          <w:rtl/>
        </w:rPr>
        <w:t xml:space="preserve"> فبراير 2024.</w:t>
      </w:r>
    </w:p>
    <w:p w14:paraId="020F7B01" w14:textId="0BB71175" w:rsidR="00FF2F04" w:rsidRPr="004A6904" w:rsidRDefault="0023631F" w:rsidP="00D26658">
      <w:pPr>
        <w:pStyle w:val="ListParagraph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>شهادة إتمام دورة تدريبية بعنوان: التوجهات الحديثة في استخدام التكنولوجيا</w:t>
      </w:r>
    </w:p>
    <w:p w14:paraId="746C6683" w14:textId="232D10C3" w:rsidR="006A46EC" w:rsidRPr="004A6904" w:rsidRDefault="00FF2F04" w:rsidP="00D26658">
      <w:pPr>
        <w:pStyle w:val="ListParagraph"/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A6904">
        <w:rPr>
          <w:rFonts w:ascii="Simplified Arabic" w:hAnsi="Simplified Arabic" w:cs="Simplified Arabic"/>
          <w:sz w:val="28"/>
          <w:szCs w:val="28"/>
        </w:rPr>
        <w:t>(New Parameters in contemporary Technologies)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أكتوبر 2024.</w:t>
      </w:r>
    </w:p>
    <w:p w14:paraId="07E32634" w14:textId="41BEF864" w:rsidR="006A46EC" w:rsidRPr="004A6904" w:rsidRDefault="006A46EC" w:rsidP="00D26658">
      <w:pPr>
        <w:pStyle w:val="ListParagraph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>معادلة شهادة أساسيات التحول الرقمي أكتوبر 2024 (طبقًا لقرار مجلس الجامعة رقم (50) لسنة 2021).</w:t>
      </w:r>
    </w:p>
    <w:p w14:paraId="5B13E1DC" w14:textId="0486FEB7" w:rsidR="006A46EC" w:rsidRPr="004A6904" w:rsidRDefault="0051633B" w:rsidP="00D26658">
      <w:pPr>
        <w:pStyle w:val="ListParagraph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شهادة </w:t>
      </w:r>
      <w:r w:rsidRPr="004A6904">
        <w:rPr>
          <w:rFonts w:ascii="Simplified Arabic" w:hAnsi="Simplified Arabic" w:cs="Simplified Arabic"/>
          <w:sz w:val="28"/>
          <w:szCs w:val="28"/>
        </w:rPr>
        <w:t>(TOEFL ITP)</w:t>
      </w:r>
      <w:r w:rsidRPr="004A690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يونيو 2025.</w:t>
      </w:r>
    </w:p>
    <w:p w14:paraId="4601FBFC" w14:textId="77777777" w:rsidR="006A46EC" w:rsidRPr="004A6904" w:rsidRDefault="006A46EC" w:rsidP="00D26658">
      <w:pPr>
        <w:pStyle w:val="ListParagraph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شهادة إتمام دورة تدريبية بعنوان: الكتابة العلمية والنشر الدولي للبحوث العلمية </w:t>
      </w:r>
    </w:p>
    <w:p w14:paraId="552CC079" w14:textId="77777777" w:rsidR="006A46EC" w:rsidRPr="004A6904" w:rsidRDefault="006A46EC" w:rsidP="00D26658">
      <w:pPr>
        <w:pStyle w:val="ListParagraph"/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A6904">
        <w:rPr>
          <w:rFonts w:ascii="Simplified Arabic" w:hAnsi="Simplified Arabic" w:cs="Simplified Arabic"/>
          <w:sz w:val="28"/>
          <w:szCs w:val="28"/>
        </w:rPr>
        <w:t>(Sci. Writing &amp; International Academic Publication)</w:t>
      </w:r>
      <w:r w:rsidRPr="004A690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يوليو 2025.</w:t>
      </w:r>
    </w:p>
    <w:p w14:paraId="45FD6EFE" w14:textId="2118354F" w:rsidR="006A46EC" w:rsidRPr="004A6904" w:rsidRDefault="00052D04" w:rsidP="00D26658">
      <w:pPr>
        <w:pStyle w:val="ListParagraph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شهادة إتمام دورة تدريبية بعنوان: </w:t>
      </w:r>
      <w:r w:rsidR="00AC0739" w:rsidRPr="004A6904">
        <w:rPr>
          <w:rFonts w:ascii="Simplified Arabic" w:hAnsi="Simplified Arabic" w:cs="Simplified Arabic"/>
          <w:sz w:val="28"/>
          <w:szCs w:val="28"/>
          <w:rtl/>
        </w:rPr>
        <w:t>نظم إدارة المراجع البحثية والملكية الفكرية / يونيو 2026</w:t>
      </w:r>
    </w:p>
    <w:p w14:paraId="4F014E43" w14:textId="77777777" w:rsidR="00AC0739" w:rsidRPr="00D26658" w:rsidRDefault="00AC0739" w:rsidP="00D26658">
      <w:pPr>
        <w:pStyle w:val="ListParagraph"/>
        <w:bidi/>
        <w:jc w:val="both"/>
        <w:rPr>
          <w:rFonts w:ascii="Simplified Arabic" w:hAnsi="Simplified Arabic" w:cs="Simplified Arabic"/>
          <w:sz w:val="27"/>
          <w:szCs w:val="27"/>
          <w:rtl/>
        </w:rPr>
      </w:pPr>
      <w:r w:rsidRPr="00D26658">
        <w:rPr>
          <w:rFonts w:ascii="Simplified Arabic" w:hAnsi="Simplified Arabic" w:cs="Simplified Arabic"/>
          <w:sz w:val="27"/>
          <w:szCs w:val="27"/>
        </w:rPr>
        <w:t>(Research Reference Management Systems and Intellectual Property)</w:t>
      </w:r>
      <w:r w:rsidRPr="00D26658">
        <w:rPr>
          <w:rFonts w:ascii="Simplified Arabic" w:hAnsi="Simplified Arabic" w:cs="Simplified Arabic"/>
          <w:sz w:val="27"/>
          <w:szCs w:val="27"/>
          <w:rtl/>
        </w:rPr>
        <w:t xml:space="preserve"> </w:t>
      </w:r>
    </w:p>
    <w:p w14:paraId="20A37E4F" w14:textId="77777777" w:rsidR="00D1210D" w:rsidRPr="004A6904" w:rsidRDefault="00AC0739" w:rsidP="00D26658">
      <w:pPr>
        <w:pStyle w:val="ListParagraph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شهادة إتمام دورة تدريبية بعنوان: استخدام قواعد البيانات العالمية (العربية </w:t>
      </w:r>
      <w:proofErr w:type="gramStart"/>
      <w:r w:rsidRPr="004A6904">
        <w:rPr>
          <w:rFonts w:ascii="Simplified Arabic" w:hAnsi="Simplified Arabic" w:cs="Simplified Arabic"/>
          <w:sz w:val="28"/>
          <w:szCs w:val="28"/>
          <w:rtl/>
        </w:rPr>
        <w:t>والأجنبية)/</w:t>
      </w:r>
      <w:proofErr w:type="gramEnd"/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يونيو 2026 </w:t>
      </w:r>
      <w:r w:rsidRPr="004A6904">
        <w:rPr>
          <w:rFonts w:ascii="Simplified Arabic" w:hAnsi="Simplified Arabic" w:cs="Simplified Arabic"/>
          <w:sz w:val="28"/>
          <w:szCs w:val="28"/>
        </w:rPr>
        <w:t>(Using Global Databases “Arab and Foreign”)</w:t>
      </w:r>
    </w:p>
    <w:p w14:paraId="3651A066" w14:textId="77777777" w:rsidR="00D1210D" w:rsidRPr="004A6904" w:rsidRDefault="00D1210D" w:rsidP="00D1210D">
      <w:pPr>
        <w:pStyle w:val="ListParagraph"/>
        <w:bidi/>
        <w:rPr>
          <w:rFonts w:ascii="Simplified Arabic" w:hAnsi="Simplified Arabic" w:cs="Simplified Arabic"/>
          <w:sz w:val="28"/>
          <w:szCs w:val="28"/>
        </w:rPr>
      </w:pPr>
    </w:p>
    <w:p w14:paraId="3D71ACD7" w14:textId="1F110DD6" w:rsidR="00D1210D" w:rsidRPr="004A6904" w:rsidRDefault="00D1210D" w:rsidP="00D1210D">
      <w:pPr>
        <w:pStyle w:val="ListParagraph"/>
        <w:bidi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b/>
          <w:bCs/>
          <w:sz w:val="28"/>
          <w:szCs w:val="28"/>
          <w:rtl/>
        </w:rPr>
        <w:t>ورش العمل</w:t>
      </w:r>
      <w:r w:rsidR="002763B3" w:rsidRPr="004A690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والدورات</w:t>
      </w:r>
      <w:r w:rsidR="00031517" w:rsidRPr="004A690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التدريبية</w:t>
      </w:r>
      <w:r w:rsidRPr="004A6904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14:paraId="4F205766" w14:textId="1DFB9BCD" w:rsidR="00031517" w:rsidRPr="004A6904" w:rsidRDefault="00000000" w:rsidP="00EE03D2">
      <w:pPr>
        <w:pStyle w:val="ListParagraph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شهادة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حضور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ورشة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عمل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مقدمة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في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اضطرابات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النطق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والكالم</w:t>
      </w:r>
      <w:proofErr w:type="spellEnd"/>
      <w:r w:rsidR="00485339" w:rsidRPr="004A6904">
        <w:rPr>
          <w:rFonts w:ascii="Simplified Arabic" w:hAnsi="Simplified Arabic" w:cs="Simplified Arabic"/>
          <w:sz w:val="28"/>
          <w:szCs w:val="28"/>
          <w:rtl/>
        </w:rPr>
        <w:t xml:space="preserve"> من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نشاط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br/>
        <w:t xml:space="preserve"> </w:t>
      </w:r>
      <w:r w:rsidR="00031517" w:rsidRPr="004A6904">
        <w:rPr>
          <w:rFonts w:ascii="Simplified Arabic" w:hAnsi="Simplified Arabic" w:cs="Simplified Arabic"/>
          <w:sz w:val="28"/>
          <w:szCs w:val="28"/>
          <w:rtl/>
        </w:rPr>
        <w:t>الا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ستشارات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والخدمات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النفسية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و</w:t>
      </w:r>
      <w:r w:rsidR="00031517" w:rsidRPr="004A6904">
        <w:rPr>
          <w:rFonts w:ascii="Simplified Arabic" w:hAnsi="Simplified Arabic" w:cs="Simplified Arabic"/>
          <w:sz w:val="28"/>
          <w:szCs w:val="28"/>
          <w:rtl/>
        </w:rPr>
        <w:t>الا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جتماعية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بالتعاون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مع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مؤسسة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احالم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الغد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br/>
        <w:t xml:space="preserve"> 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للتدريب</w:t>
      </w:r>
      <w:proofErr w:type="spellEnd"/>
      <w:r w:rsidR="00031517" w:rsidRPr="004A6904">
        <w:rPr>
          <w:rFonts w:ascii="Simplified Arabic" w:hAnsi="Simplified Arabic" w:cs="Simplified Arabic"/>
          <w:sz w:val="28"/>
          <w:szCs w:val="28"/>
          <w:rtl/>
        </w:rPr>
        <w:t>2018.</w:t>
      </w:r>
    </w:p>
    <w:p w14:paraId="682166A2" w14:textId="071C5A29" w:rsidR="00EB3B77" w:rsidRPr="004A6904" w:rsidRDefault="00000000" w:rsidP="00EE03D2">
      <w:pPr>
        <w:pStyle w:val="ListParagraph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شهادة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تدريبية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في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صعوبات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التعلم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النمائية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و</w:t>
      </w:r>
      <w:proofErr w:type="spellStart"/>
      <w:r w:rsidR="00031517" w:rsidRPr="004A6904">
        <w:rPr>
          <w:rFonts w:ascii="Simplified Arabic" w:hAnsi="Simplified Arabic" w:cs="Simplified Arabic"/>
          <w:sz w:val="28"/>
          <w:szCs w:val="28"/>
          <w:rtl/>
        </w:rPr>
        <w:t>الأ</w:t>
      </w:r>
      <w:r w:rsidRPr="004A6904">
        <w:rPr>
          <w:rFonts w:ascii="Simplified Arabic" w:hAnsi="Simplified Arabic" w:cs="Simplified Arabic"/>
          <w:sz w:val="28"/>
          <w:szCs w:val="28"/>
        </w:rPr>
        <w:t>كاديمية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من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النقابة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العامة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للعاملين</w:t>
      </w:r>
      <w:proofErr w:type="spellEnd"/>
      <w:r w:rsidR="00EB3B77" w:rsidRPr="004A690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بالتربية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الخاصة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محافظة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البحيرة</w:t>
      </w:r>
      <w:proofErr w:type="spellEnd"/>
      <w:r w:rsidR="00485339" w:rsidRPr="004A6904">
        <w:rPr>
          <w:rFonts w:ascii="Simplified Arabic" w:hAnsi="Simplified Arabic" w:cs="Simplified Arabic"/>
          <w:sz w:val="28"/>
          <w:szCs w:val="28"/>
          <w:rtl/>
        </w:rPr>
        <w:t>، و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مركز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اشراقة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أمل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للتدريب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وتنمية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المهارات</w:t>
      </w:r>
      <w:proofErr w:type="spellEnd"/>
      <w:r w:rsidR="00D2665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B3B77" w:rsidRPr="004A6904">
        <w:rPr>
          <w:rFonts w:ascii="Simplified Arabic" w:hAnsi="Simplified Arabic" w:cs="Simplified Arabic"/>
          <w:sz w:val="28"/>
          <w:szCs w:val="28"/>
          <w:rtl/>
        </w:rPr>
        <w:t xml:space="preserve">2018.   </w:t>
      </w:r>
    </w:p>
    <w:p w14:paraId="456E404F" w14:textId="77777777" w:rsidR="00EB3B77" w:rsidRPr="004A6904" w:rsidRDefault="00000000" w:rsidP="00EE03D2">
      <w:pPr>
        <w:pStyle w:val="ListParagraph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شهادة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تدريبية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علي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بعض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برامج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ميكروسوفت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مقدمة من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وزارة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الشباب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والرياضة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br/>
      </w:r>
      <w:r w:rsidR="00EB3B77" w:rsidRPr="004A6904">
        <w:rPr>
          <w:rFonts w:ascii="Simplified Arabic" w:hAnsi="Simplified Arabic" w:cs="Simplified Arabic"/>
          <w:sz w:val="28"/>
          <w:szCs w:val="28"/>
          <w:rtl/>
        </w:rPr>
        <w:t>2019.</w:t>
      </w:r>
    </w:p>
    <w:p w14:paraId="4DAEB7FE" w14:textId="343A5E07" w:rsidR="00051E49" w:rsidRPr="004A6904" w:rsidRDefault="00051E49" w:rsidP="00EE03D2">
      <w:pPr>
        <w:pStyle w:val="ListParagraph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افادة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بحضور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دورة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تعليم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مبادئ</w:t>
      </w:r>
      <w:proofErr w:type="spellEnd"/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الا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شارة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لذوي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الهمم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التي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عقدها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فرع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المنظمة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br/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بالبحيرة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بالتعاون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مع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مركز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االبداع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الفني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التابع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لمديرية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الثقافة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بالبحيرة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2023-2024.</w:t>
      </w:r>
      <w:r w:rsidRPr="004A6904">
        <w:rPr>
          <w:rFonts w:ascii="Simplified Arabic" w:hAnsi="Simplified Arabic" w:cs="Simplified Arabic"/>
          <w:sz w:val="28"/>
          <w:szCs w:val="28"/>
        </w:rPr>
        <w:t xml:space="preserve">  </w:t>
      </w:r>
    </w:p>
    <w:p w14:paraId="0312693D" w14:textId="43203BF5" w:rsidR="009A1C78" w:rsidRDefault="009A1C78" w:rsidP="00EE03D2">
      <w:pPr>
        <w:pStyle w:val="ListParagraph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حضور </w:t>
      </w:r>
      <w:proofErr w:type="gramStart"/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دورة </w:t>
      </w:r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تدريبية</w:t>
      </w:r>
      <w:proofErr w:type="spellEnd"/>
      <w:proofErr w:type="gramEnd"/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بعنوان: </w:t>
      </w:r>
      <w:r w:rsidRPr="004A6904">
        <w:rPr>
          <w:rFonts w:ascii="Simplified Arabic" w:hAnsi="Simplified Arabic" w:cs="Simplified Arabic"/>
          <w:sz w:val="28"/>
          <w:szCs w:val="28"/>
        </w:rPr>
        <w:t xml:space="preserve"> (</w:t>
      </w:r>
      <w:proofErr w:type="spellStart"/>
      <w:proofErr w:type="gramEnd"/>
      <w:r w:rsidRPr="004A6904">
        <w:rPr>
          <w:rFonts w:ascii="Simplified Arabic" w:hAnsi="Simplified Arabic" w:cs="Simplified Arabic"/>
          <w:sz w:val="28"/>
          <w:szCs w:val="28"/>
        </w:rPr>
        <w:t>مودة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>)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للحفاظ </w:t>
      </w:r>
      <w:proofErr w:type="gramStart"/>
      <w:r w:rsidRPr="004A6904">
        <w:rPr>
          <w:rFonts w:ascii="Simplified Arabic" w:hAnsi="Simplified Arabic" w:cs="Simplified Arabic"/>
          <w:sz w:val="28"/>
          <w:szCs w:val="28"/>
          <w:rtl/>
        </w:rPr>
        <w:t>علي</w:t>
      </w:r>
      <w:proofErr w:type="gramEnd"/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كيان الأسرة </w:t>
      </w:r>
      <w:proofErr w:type="gramStart"/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المصرية </w:t>
      </w:r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التي</w:t>
      </w:r>
      <w:proofErr w:type="spellEnd"/>
      <w:proofErr w:type="gram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نفذها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المشروع</w:t>
      </w:r>
      <w:proofErr w:type="spellEnd"/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القومي </w:t>
      </w:r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لصالح</w:t>
      </w:r>
      <w:proofErr w:type="spellEnd"/>
      <w:proofErr w:type="gram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مكلفي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الخدمة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العامة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في أكتوبر 2020، </w:t>
      </w:r>
      <w:proofErr w:type="gramStart"/>
      <w:r w:rsidRPr="004A6904">
        <w:rPr>
          <w:rFonts w:ascii="Simplified Arabic" w:hAnsi="Simplified Arabic" w:cs="Simplified Arabic"/>
          <w:sz w:val="28"/>
          <w:szCs w:val="28"/>
          <w:rtl/>
        </w:rPr>
        <w:t>و دورة</w:t>
      </w:r>
      <w:proofErr w:type="gramEnd"/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03D2">
        <w:rPr>
          <w:rFonts w:ascii="Simplified Arabic" w:hAnsi="Simplified Arabic" w:cs="Simplified Arabic" w:hint="cs"/>
          <w:sz w:val="28"/>
          <w:szCs w:val="28"/>
          <w:rtl/>
        </w:rPr>
        <w:t>(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ازاي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تختار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شريك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proofErr w:type="gramStart"/>
      <w:r w:rsidRPr="004A6904">
        <w:rPr>
          <w:rFonts w:ascii="Simplified Arabic" w:hAnsi="Simplified Arabic" w:cs="Simplified Arabic"/>
          <w:sz w:val="28"/>
          <w:szCs w:val="28"/>
        </w:rPr>
        <w:t>حياتك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)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التي</w:t>
      </w:r>
      <w:proofErr w:type="spellEnd"/>
      <w:proofErr w:type="gram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نفذتها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جمعية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صوت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شباب</w:t>
      </w:r>
      <w:proofErr w:type="spellEnd"/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مصر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بالتعاون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مع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مديرية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الشباب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والرياضة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بالبحيرة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2024.</w:t>
      </w:r>
    </w:p>
    <w:p w14:paraId="487AFFE0" w14:textId="77777777" w:rsidR="00A053AE" w:rsidRDefault="00A053AE" w:rsidP="00A053AE">
      <w:pPr>
        <w:pStyle w:val="ListParagraph"/>
        <w:bidi/>
        <w:rPr>
          <w:rFonts w:ascii="Simplified Arabic" w:hAnsi="Simplified Arabic" w:cs="Simplified Arabic"/>
          <w:sz w:val="28"/>
          <w:szCs w:val="28"/>
          <w:rtl/>
        </w:rPr>
      </w:pPr>
    </w:p>
    <w:p w14:paraId="01F4B55B" w14:textId="77777777" w:rsidR="006355C9" w:rsidRDefault="006355C9" w:rsidP="006355C9">
      <w:pPr>
        <w:pStyle w:val="ListParagraph"/>
        <w:bidi/>
        <w:rPr>
          <w:rFonts w:ascii="Simplified Arabic" w:hAnsi="Simplified Arabic" w:cs="Simplified Arabic"/>
          <w:sz w:val="28"/>
          <w:szCs w:val="28"/>
        </w:rPr>
      </w:pPr>
    </w:p>
    <w:p w14:paraId="36F553DF" w14:textId="5D503FD0" w:rsidR="008F5A98" w:rsidRPr="008F5A98" w:rsidRDefault="008F5A98" w:rsidP="008F5A98">
      <w:pPr>
        <w:bidi/>
        <w:ind w:left="36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F5A98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الأبحاث المنشورة:</w:t>
      </w:r>
    </w:p>
    <w:p w14:paraId="1D87AE5D" w14:textId="3C86A987" w:rsidR="00EA2A78" w:rsidRPr="00A053AE" w:rsidRDefault="008F5A98" w:rsidP="0006182D">
      <w:pPr>
        <w:pStyle w:val="ListParagraph"/>
        <w:numPr>
          <w:ilvl w:val="0"/>
          <w:numId w:val="16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نشر بحث بمجلة البحوث العلمية في الطفولة بكلية التربية للطفولة المبكرة- جامعة دمنهور بعنوان: </w:t>
      </w:r>
      <w:r w:rsidR="00B871B8">
        <w:rPr>
          <w:rFonts w:ascii="Simplified Arabic" w:hAnsi="Simplified Arabic" w:cs="Simplified Arabic" w:hint="cs"/>
          <w:sz w:val="28"/>
          <w:szCs w:val="28"/>
          <w:rtl/>
        </w:rPr>
        <w:t xml:space="preserve">فاعلية برنامج قائم </w:t>
      </w:r>
      <w:r w:rsidR="00D06819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B871B8">
        <w:rPr>
          <w:rFonts w:ascii="Simplified Arabic" w:hAnsi="Simplified Arabic" w:cs="Simplified Arabic" w:hint="cs"/>
          <w:sz w:val="28"/>
          <w:szCs w:val="28"/>
          <w:rtl/>
        </w:rPr>
        <w:t xml:space="preserve"> استراتيجيات التعلم النشط لتنمية مهارات ما قبل القراءة لدي الأطفال </w:t>
      </w:r>
      <w:r w:rsidR="006C2EE1">
        <w:rPr>
          <w:rFonts w:ascii="Simplified Arabic" w:hAnsi="Simplified Arabic" w:cs="Simplified Arabic" w:hint="cs"/>
          <w:sz w:val="28"/>
          <w:szCs w:val="28"/>
          <w:rtl/>
        </w:rPr>
        <w:t xml:space="preserve">الصم، </w:t>
      </w:r>
      <w:r w:rsidR="006C2EE1" w:rsidRPr="006C2EE1">
        <w:rPr>
          <w:rFonts w:ascii="Arial" w:hAnsi="Arial" w:cs="Arial" w:hint="cs"/>
          <w:color w:val="333333"/>
          <w:sz w:val="28"/>
          <w:szCs w:val="28"/>
          <w:shd w:val="clear" w:color="auto" w:fill="FFFFFF"/>
          <w:rtl/>
        </w:rPr>
        <w:t>المجلد</w:t>
      </w:r>
      <w:r w:rsidR="00B871B8" w:rsidRPr="006C2EE1">
        <w:rPr>
          <w:rFonts w:ascii="Simplified Arabic" w:hAnsi="Simplified Arabic" w:cs="Simplified Arabic"/>
          <w:color w:val="333333"/>
          <w:sz w:val="28"/>
          <w:szCs w:val="28"/>
          <w:shd w:val="clear" w:color="auto" w:fill="FFFFFF"/>
          <w:rtl/>
        </w:rPr>
        <w:t xml:space="preserve"> 7، العدد 24، مارس 2026</w:t>
      </w:r>
      <w:r w:rsidR="00D06819" w:rsidRPr="006C2EE1">
        <w:rPr>
          <w:rFonts w:ascii="Simplified Arabic" w:hAnsi="Simplified Arabic" w:cs="Simplified Arabic" w:hint="cs"/>
          <w:color w:val="333333"/>
          <w:sz w:val="28"/>
          <w:szCs w:val="28"/>
          <w:shd w:val="clear" w:color="auto" w:fill="FFFFFF"/>
          <w:rtl/>
        </w:rPr>
        <w:t>.</w:t>
      </w:r>
    </w:p>
    <w:p w14:paraId="592A28D0" w14:textId="77777777" w:rsidR="00A053AE" w:rsidRPr="004E6318" w:rsidRDefault="00A053AE" w:rsidP="00A053AE">
      <w:pPr>
        <w:pStyle w:val="ListParagraph"/>
        <w:bidi/>
        <w:ind w:left="1080"/>
        <w:rPr>
          <w:rFonts w:ascii="Simplified Arabic" w:hAnsi="Simplified Arabic" w:cs="Simplified Arabic"/>
          <w:sz w:val="10"/>
          <w:szCs w:val="10"/>
        </w:rPr>
      </w:pPr>
    </w:p>
    <w:p w14:paraId="2A0C512F" w14:textId="62CE562D" w:rsidR="005559A3" w:rsidRPr="004A6904" w:rsidRDefault="005559A3" w:rsidP="0052059B">
      <w:pPr>
        <w:bidi/>
        <w:spacing w:after="0" w:line="240" w:lineRule="auto"/>
        <w:ind w:left="36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4A6904">
        <w:rPr>
          <w:rFonts w:ascii="Simplified Arabic" w:hAnsi="Simplified Arabic" w:cs="Simplified Arabic"/>
          <w:b/>
          <w:bCs/>
          <w:sz w:val="28"/>
          <w:szCs w:val="28"/>
          <w:rtl/>
        </w:rPr>
        <w:t>المؤتمرات:</w:t>
      </w:r>
    </w:p>
    <w:p w14:paraId="1824A5EF" w14:textId="66526BA6" w:rsidR="005559A3" w:rsidRPr="004A6904" w:rsidRDefault="00000000" w:rsidP="0006182D">
      <w:pPr>
        <w:pStyle w:val="ListParagraph"/>
        <w:numPr>
          <w:ilvl w:val="0"/>
          <w:numId w:val="13"/>
        </w:num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شهادة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مشاركة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علمية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بنشر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بحث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بعنوان</w:t>
      </w:r>
      <w:proofErr w:type="spellEnd"/>
      <w:r w:rsidR="005559A3" w:rsidRPr="004A6904">
        <w:rPr>
          <w:rFonts w:ascii="Simplified Arabic" w:hAnsi="Simplified Arabic" w:cs="Simplified Arabic"/>
          <w:sz w:val="28"/>
          <w:szCs w:val="28"/>
          <w:rtl/>
        </w:rPr>
        <w:t>:</w:t>
      </w:r>
      <w:r w:rsidR="0048321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تصميم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برنامج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جش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للتأهيل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السمعي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br/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اللفظي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لتحسين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الوعي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الفونولوجي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والفهم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r w:rsidR="005559A3" w:rsidRPr="004A6904">
        <w:rPr>
          <w:rFonts w:ascii="Simplified Arabic" w:hAnsi="Simplified Arabic" w:cs="Simplified Arabic"/>
          <w:sz w:val="28"/>
          <w:szCs w:val="28"/>
          <w:rtl/>
        </w:rPr>
        <w:t>ا</w:t>
      </w:r>
      <w:r w:rsidR="00A053AE">
        <w:rPr>
          <w:rFonts w:ascii="Simplified Arabic" w:hAnsi="Simplified Arabic" w:cs="Simplified Arabic" w:hint="cs"/>
          <w:sz w:val="28"/>
          <w:szCs w:val="28"/>
          <w:rtl/>
        </w:rPr>
        <w:t>لكلامي</w:t>
      </w:r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لدي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5559A3" w:rsidRPr="004A6904">
        <w:rPr>
          <w:rFonts w:ascii="Simplified Arabic" w:hAnsi="Simplified Arabic" w:cs="Simplified Arabic"/>
          <w:sz w:val="28"/>
          <w:szCs w:val="28"/>
          <w:rtl/>
        </w:rPr>
        <w:t>الأ</w:t>
      </w:r>
      <w:r w:rsidRPr="004A6904">
        <w:rPr>
          <w:rFonts w:ascii="Simplified Arabic" w:hAnsi="Simplified Arabic" w:cs="Simplified Arabic"/>
          <w:sz w:val="28"/>
          <w:szCs w:val="28"/>
        </w:rPr>
        <w:t>طفال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زارعي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القوقعة</w:t>
      </w:r>
      <w:proofErr w:type="spellEnd"/>
      <w:r w:rsidR="005559A3" w:rsidRPr="004A690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بمرحلة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الطفولة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المبكرة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،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في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المؤتمر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العلمي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الدولي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الثالث</w:t>
      </w:r>
      <w:proofErr w:type="spellEnd"/>
      <w:r w:rsidR="00115A67">
        <w:rPr>
          <w:rFonts w:ascii="Simplified Arabic" w:hAnsi="Simplified Arabic" w:cs="Simplified Arabic" w:hint="cs"/>
          <w:sz w:val="28"/>
          <w:szCs w:val="28"/>
          <w:rtl/>
        </w:rPr>
        <w:t xml:space="preserve"> بعنوان: الطفولة المبكرة ورؤية مصر 2030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لكلية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التربية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للطفولة</w:t>
      </w:r>
      <w:proofErr w:type="spellEnd"/>
      <w:r w:rsidR="00115A6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المبكرة</w:t>
      </w:r>
      <w:proofErr w:type="spellEnd"/>
      <w:r w:rsidR="005559A3" w:rsidRPr="004A690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جامعة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دمنهور</w:t>
      </w:r>
      <w:proofErr w:type="spellEnd"/>
      <w:r w:rsidR="005559A3" w:rsidRPr="004A6904">
        <w:rPr>
          <w:rFonts w:ascii="Simplified Arabic" w:hAnsi="Simplified Arabic" w:cs="Simplified Arabic"/>
          <w:sz w:val="28"/>
          <w:szCs w:val="28"/>
          <w:rtl/>
        </w:rPr>
        <w:t xml:space="preserve"> فبراير 2023.</w:t>
      </w:r>
    </w:p>
    <w:p w14:paraId="235697BC" w14:textId="6104FF0C" w:rsidR="003304E0" w:rsidRPr="003304E0" w:rsidRDefault="003304E0" w:rsidP="0006182D">
      <w:pPr>
        <w:pStyle w:val="ListParagraph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المشاركة بحضور فعاليات المؤتمر الدولي الأول لكلية التربية الخاصة، وعنوانه: التربية الخاصة وجودة الحياة في ظل التوجهات العالمية المعاصرة، وذلك خلال يومي 16-17 من نوفمبر 2024.</w:t>
      </w:r>
    </w:p>
    <w:p w14:paraId="47B211FE" w14:textId="23DE18CF" w:rsidR="00005D3C" w:rsidRPr="004E6318" w:rsidRDefault="00483218" w:rsidP="0006182D">
      <w:pPr>
        <w:pStyle w:val="ListParagraph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شهادة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مشاركة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علمية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بنشر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بحث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بعنوان</w:t>
      </w:r>
      <w:proofErr w:type="spellEnd"/>
      <w:r w:rsidRPr="004A6904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آثر استخدام مهارات التواصل </w:t>
      </w:r>
      <w:r w:rsidR="00980C6A">
        <w:rPr>
          <w:rFonts w:ascii="Simplified Arabic" w:hAnsi="Simplified Arabic" w:cs="Simplified Arabic" w:hint="cs"/>
          <w:sz w:val="28"/>
          <w:szCs w:val="28"/>
          <w:rtl/>
        </w:rPr>
        <w:t>اللفظي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وقراءة الشفاه</w:t>
      </w:r>
      <w:r w:rsidR="006355C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في تحسين المناعة النفسية لدي الأطفال الصم ذوي بقايا السمع في مرحلة الطفولة المبكرة، في المؤتمر الدولي الرابع لكلية التربية للطفولة المبكرة- جامعة دمنهور بالتعاون مع كلية التربية الخاصة جامعة مصر للعلوم والتكنولوجيا، وعنوانه: التحول الرقمي لتمكين الأطفال ذوي </w:t>
      </w:r>
      <w:r w:rsidR="00980C6A">
        <w:rPr>
          <w:rFonts w:ascii="Simplified Arabic" w:hAnsi="Simplified Arabic" w:cs="Simplified Arabic" w:hint="cs"/>
          <w:sz w:val="28"/>
          <w:szCs w:val="28"/>
          <w:rtl/>
        </w:rPr>
        <w:t>الاحتياجات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الخاصة في 13 ديسمبر 2025.</w:t>
      </w:r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</w:p>
    <w:p w14:paraId="436D780C" w14:textId="77777777" w:rsidR="004E6318" w:rsidRPr="004E6318" w:rsidRDefault="004E6318" w:rsidP="004E6318">
      <w:pPr>
        <w:pStyle w:val="ListParagraph"/>
        <w:bidi/>
        <w:rPr>
          <w:rFonts w:ascii="Simplified Arabic" w:hAnsi="Simplified Arabic" w:cs="Simplified Arabic"/>
          <w:b/>
          <w:bCs/>
          <w:sz w:val="10"/>
          <w:szCs w:val="10"/>
        </w:rPr>
      </w:pPr>
    </w:p>
    <w:p w14:paraId="6B492ACC" w14:textId="77777777" w:rsidR="00365976" w:rsidRPr="004A6904" w:rsidRDefault="00005D3C" w:rsidP="00365976">
      <w:pPr>
        <w:bidi/>
        <w:spacing w:after="0" w:line="240" w:lineRule="auto"/>
        <w:ind w:left="36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4A690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الشهادات التقديرية: </w:t>
      </w:r>
    </w:p>
    <w:p w14:paraId="295A942D" w14:textId="77777777" w:rsidR="00927500" w:rsidRDefault="00000000" w:rsidP="004E6318">
      <w:pPr>
        <w:pStyle w:val="ListParagraph"/>
        <w:numPr>
          <w:ilvl w:val="0"/>
          <w:numId w:val="14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شهادة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تقدير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من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ادارة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كلية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التربية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للطفولة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proofErr w:type="gramStart"/>
      <w:r w:rsidRPr="004A6904">
        <w:rPr>
          <w:rFonts w:ascii="Simplified Arabic" w:hAnsi="Simplified Arabic" w:cs="Simplified Arabic"/>
          <w:sz w:val="28"/>
          <w:szCs w:val="28"/>
        </w:rPr>
        <w:t>المبكرة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.</w:t>
      </w:r>
      <w:proofErr w:type="gram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جامعة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دمنهور</w:t>
      </w:r>
      <w:proofErr w:type="spellEnd"/>
      <w:r w:rsidR="00365976" w:rsidRPr="004A6904">
        <w:rPr>
          <w:rFonts w:ascii="Simplified Arabic" w:hAnsi="Simplified Arabic" w:cs="Simplified Arabic"/>
          <w:sz w:val="28"/>
          <w:szCs w:val="28"/>
          <w:rtl/>
        </w:rPr>
        <w:t>2023.</w:t>
      </w:r>
    </w:p>
    <w:p w14:paraId="44058E59" w14:textId="00E126BD" w:rsidR="003C5F27" w:rsidRPr="003C5F27" w:rsidRDefault="003C5F27" w:rsidP="003C5F27">
      <w:pPr>
        <w:pStyle w:val="ListParagraph"/>
        <w:numPr>
          <w:ilvl w:val="0"/>
          <w:numId w:val="14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تكريم وتسلم درع لمشاركتي بالتدريب 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>في دورة بعنوان: لغة الإشارة، والتي نظمها حزب مستقبل وطن أمانة التدريب والتثقيف سبتمبر 2024.</w:t>
      </w:r>
    </w:p>
    <w:p w14:paraId="44DCDDBE" w14:textId="161F7045" w:rsidR="008D11BF" w:rsidRPr="004A6904" w:rsidRDefault="008D11BF" w:rsidP="004E6318">
      <w:pPr>
        <w:pStyle w:val="ListParagraph"/>
        <w:numPr>
          <w:ilvl w:val="0"/>
          <w:numId w:val="14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شهادة </w:t>
      </w:r>
      <w:r w:rsidR="004E6318" w:rsidRPr="004A6904">
        <w:rPr>
          <w:rFonts w:ascii="Simplified Arabic" w:hAnsi="Simplified Arabic" w:cs="Simplified Arabic" w:hint="cs"/>
          <w:sz w:val="28"/>
          <w:szCs w:val="28"/>
          <w:rtl/>
        </w:rPr>
        <w:t>تقديرية من</w:t>
      </w:r>
      <w:r w:rsidR="004E631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="004E6318">
        <w:rPr>
          <w:rFonts w:ascii="Simplified Arabic" w:hAnsi="Simplified Arabic" w:cs="Simplified Arabic" w:hint="cs"/>
          <w:sz w:val="28"/>
          <w:szCs w:val="28"/>
          <w:rtl/>
        </w:rPr>
        <w:t xml:space="preserve">إدارة </w:t>
      </w:r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كلية</w:t>
      </w:r>
      <w:proofErr w:type="spellEnd"/>
      <w:proofErr w:type="gram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التربية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A6904">
        <w:rPr>
          <w:rFonts w:ascii="Simplified Arabic" w:hAnsi="Simplified Arabic" w:cs="Simplified Arabic"/>
          <w:sz w:val="28"/>
          <w:szCs w:val="28"/>
        </w:rPr>
        <w:t>للطفولة</w:t>
      </w:r>
      <w:proofErr w:type="spellEnd"/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المبكرة- جامعة دمنهور، وكلية التربية الخاصة- جامعة مصر للعلوم والتكنولوجيا للقيام بعمل ورشة عمل بعنوان: لغة الإشارة </w:t>
      </w:r>
      <w:r w:rsidRPr="004A6904">
        <w:rPr>
          <w:rFonts w:ascii="Simplified Arabic" w:hAnsi="Simplified Arabic" w:cs="Simplified Arabic"/>
          <w:sz w:val="28"/>
          <w:szCs w:val="28"/>
          <w:rtl/>
        </w:rPr>
        <w:lastRenderedPageBreak/>
        <w:t>ضمن فعاليات المؤتمر العلمي الدولي الرابع" التحول الرقمي لتمكين الأطفال ذوي الاحتياجات الخاصة المنعقد في 13 ديسمبر 2025.</w:t>
      </w:r>
    </w:p>
    <w:p w14:paraId="0E44D0AE" w14:textId="16A00614" w:rsidR="008D11BF" w:rsidRPr="004A6904" w:rsidRDefault="0052059B" w:rsidP="004E6318">
      <w:pPr>
        <w:pStyle w:val="ListParagraph"/>
        <w:numPr>
          <w:ilvl w:val="0"/>
          <w:numId w:val="14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شهادة تقديرية من مكتبة مصر العامة </w:t>
      </w:r>
      <w:r w:rsidR="00BB6995" w:rsidRPr="004A6904">
        <w:rPr>
          <w:rFonts w:ascii="Simplified Arabic" w:hAnsi="Simplified Arabic" w:cs="Simplified Arabic"/>
          <w:sz w:val="28"/>
          <w:szCs w:val="28"/>
          <w:rtl/>
        </w:rPr>
        <w:t xml:space="preserve">للمشاركة كمدرب مختص في تدريب دورة </w:t>
      </w:r>
      <w:r w:rsidR="0006182D">
        <w:rPr>
          <w:rFonts w:ascii="Simplified Arabic" w:hAnsi="Simplified Arabic" w:cs="Simplified Arabic" w:hint="cs"/>
          <w:sz w:val="28"/>
          <w:szCs w:val="28"/>
          <w:rtl/>
        </w:rPr>
        <w:t xml:space="preserve">       </w:t>
      </w:r>
      <w:r w:rsidR="00BB6995" w:rsidRPr="004A6904">
        <w:rPr>
          <w:rFonts w:ascii="Simplified Arabic" w:hAnsi="Simplified Arabic" w:cs="Simplified Arabic"/>
          <w:sz w:val="28"/>
          <w:szCs w:val="28"/>
          <w:rtl/>
        </w:rPr>
        <w:t>" أساسيات لغة الإشارة".</w:t>
      </w:r>
    </w:p>
    <w:p w14:paraId="4EB5EC66" w14:textId="77777777" w:rsidR="00AA3E4A" w:rsidRPr="004A6904" w:rsidRDefault="00AA3E4A" w:rsidP="00AA3E4A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14:paraId="45CEC0E0" w14:textId="27CA1EA1" w:rsidR="00C12024" w:rsidRPr="004A6904" w:rsidRDefault="00AA3E4A" w:rsidP="00C12024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</w:rPr>
      </w:pPr>
      <w:r w:rsidRPr="004A690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المشاركات </w:t>
      </w:r>
      <w:r w:rsidR="002E30D4" w:rsidRPr="004A6904">
        <w:rPr>
          <w:rFonts w:ascii="Simplified Arabic" w:hAnsi="Simplified Arabic" w:cs="Simplified Arabic"/>
          <w:b/>
          <w:bCs/>
          <w:sz w:val="28"/>
          <w:szCs w:val="28"/>
          <w:rtl/>
        </w:rPr>
        <w:t>العلمية والمجتمعية</w:t>
      </w:r>
      <w:r w:rsidRPr="004A6904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14:paraId="30F80171" w14:textId="711FCC25" w:rsidR="00CA67FF" w:rsidRPr="004A6904" w:rsidRDefault="00CA67FF" w:rsidP="004E6318">
      <w:pPr>
        <w:pStyle w:val="ListParagraph"/>
        <w:numPr>
          <w:ilvl w:val="0"/>
          <w:numId w:val="14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>التدريب التطوعي على لغة الإشارة بمدرسة/ الأمل للصم وضعاف السمع بدمنهور (ع/ث)، وذلك ضمن إطار التعاون المشترك بين مديرية التربية والتعليم بالبحيرة، وجامعة دمنهور مارس2020.</w:t>
      </w:r>
    </w:p>
    <w:p w14:paraId="5BBDDD1B" w14:textId="20D0E674" w:rsidR="00C12024" w:rsidRPr="004A6904" w:rsidRDefault="00C12024" w:rsidP="004E6318">
      <w:pPr>
        <w:pStyle w:val="ListParagraph"/>
        <w:numPr>
          <w:ilvl w:val="0"/>
          <w:numId w:val="14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التدريب التطوعي </w:t>
      </w:r>
      <w:r w:rsidR="00CA67FF" w:rsidRPr="004A6904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لغة الإشارة بمدرسة/ الأمل للصم وضعاف السمع الابتدائية بدمنهور، وذلك ضمن إطار التعاون المشترك بين مديرية التربية والتعليم بالبحيرة، وجامعة دمنهور أغسطس 2023.</w:t>
      </w:r>
    </w:p>
    <w:p w14:paraId="1D9F2DA7" w14:textId="4DEEC30E" w:rsidR="006E40E9" w:rsidRPr="004A6904" w:rsidRDefault="00AA3E4A" w:rsidP="004E6318">
      <w:pPr>
        <w:pStyle w:val="ListParagraph"/>
        <w:numPr>
          <w:ilvl w:val="0"/>
          <w:numId w:val="14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>المشاركة في عدد من القوافل التوعوية والخدمية التي تنظمها جامعة دمنهور ومنها</w:t>
      </w:r>
      <w:r w:rsidR="006E40E9" w:rsidRPr="004A6904">
        <w:rPr>
          <w:rFonts w:ascii="Simplified Arabic" w:hAnsi="Simplified Arabic" w:cs="Simplified Arabic"/>
          <w:sz w:val="28"/>
          <w:szCs w:val="28"/>
          <w:rtl/>
        </w:rPr>
        <w:t>: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قافلة قرية شرنوب بتاريخ 16-9-2022م، وقافلة قرية منشأة راغب بتاريخ 16-11-2023م، وقافلة </w:t>
      </w:r>
      <w:r w:rsidR="006E40E9" w:rsidRPr="004A6904">
        <w:rPr>
          <w:rFonts w:ascii="Simplified Arabic" w:hAnsi="Simplified Arabic" w:cs="Simplified Arabic"/>
          <w:sz w:val="28"/>
          <w:szCs w:val="28"/>
          <w:rtl/>
        </w:rPr>
        <w:t>قرية الأبعادية بتاريخ 12 فبراير 2026.</w:t>
      </w:r>
    </w:p>
    <w:p w14:paraId="1D9CD2D5" w14:textId="04C58E29" w:rsidR="00C83F8A" w:rsidRPr="004A6904" w:rsidRDefault="00C83F8A" w:rsidP="004E6318">
      <w:pPr>
        <w:pStyle w:val="ListParagraph"/>
        <w:numPr>
          <w:ilvl w:val="0"/>
          <w:numId w:val="14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>التدريب كمدرب إشاري في دورة بعنوان: لغة الإشارة، والتي</w:t>
      </w:r>
      <w:r w:rsidR="00B6002A" w:rsidRPr="004A690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>نظمها حزب مستقبل وطن أمانة التدريب والتثقيف سبتمبر 2024.</w:t>
      </w:r>
    </w:p>
    <w:p w14:paraId="7C65D678" w14:textId="1F117C36" w:rsidR="00A212BC" w:rsidRDefault="00A212BC" w:rsidP="004E6318">
      <w:pPr>
        <w:pStyle w:val="ListParagraph"/>
        <w:numPr>
          <w:ilvl w:val="0"/>
          <w:numId w:val="14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>المشاركة في تنظيم زيارة لمدارس التربية الخاصة بالبحيرة</w:t>
      </w:r>
      <w:r w:rsidR="003D1507" w:rsidRPr="004A6904">
        <w:rPr>
          <w:rFonts w:ascii="Simplified Arabic" w:hAnsi="Simplified Arabic" w:cs="Simplified Arabic"/>
          <w:sz w:val="28"/>
          <w:szCs w:val="28"/>
          <w:rtl/>
        </w:rPr>
        <w:t xml:space="preserve"> وبمشاركة عدد من طالبات الفرقة الثانية (تربية خاصة)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>، وذلك تنظيمًا مع اليوم العالمي لحقوق الطفل خلال شهر نوفمبر 2024.</w:t>
      </w:r>
    </w:p>
    <w:p w14:paraId="464F7DD4" w14:textId="7790AF66" w:rsidR="00293E3C" w:rsidRDefault="00293E3C" w:rsidP="00293E3C">
      <w:pPr>
        <w:pStyle w:val="ListParagraph"/>
        <w:numPr>
          <w:ilvl w:val="0"/>
          <w:numId w:val="14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القيام </w:t>
      </w:r>
      <w:r w:rsidR="00074851">
        <w:rPr>
          <w:rFonts w:ascii="Simplified Arabic" w:hAnsi="Simplified Arabic" w:cs="Simplified Arabic" w:hint="cs"/>
          <w:sz w:val="28"/>
          <w:szCs w:val="28"/>
          <w:rtl/>
        </w:rPr>
        <w:t>بندوة لطالبات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الفرقة الأولي بالكلية بعنوان: بداية جديدة لتعليم لغة الإشارة، وذلك ضمن مبادرة بداية جديدة لبناء الإنسان مبادرة رئيس الجمهورية للتنمية البشرية</w:t>
      </w:r>
      <w:r w:rsidR="00074851">
        <w:rPr>
          <w:rFonts w:ascii="Simplified Arabic" w:hAnsi="Simplified Arabic" w:cs="Simplified Arabic" w:hint="cs"/>
          <w:sz w:val="28"/>
          <w:szCs w:val="28"/>
          <w:rtl/>
        </w:rPr>
        <w:t xml:space="preserve"> بتاريخ 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21 نوفمبر 2024.</w:t>
      </w:r>
    </w:p>
    <w:p w14:paraId="78020A1B" w14:textId="2667E0A3" w:rsidR="003304E0" w:rsidRPr="004A6904" w:rsidRDefault="003304E0" w:rsidP="004E6318">
      <w:pPr>
        <w:pStyle w:val="ListParagraph"/>
        <w:numPr>
          <w:ilvl w:val="0"/>
          <w:numId w:val="14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القيام بندوة توعوية لطلاب وطالبات مدرسة الثانوية الزراعية المشتركة بدمنهور، وذلك ضمن حملة ال 16 يوم لمناهضة العنف ضد المرأة التابعة للمجلس القومي للمرأة فرع البحيرة ديسمبر 2024.</w:t>
      </w:r>
    </w:p>
    <w:p w14:paraId="58B97A52" w14:textId="36BE2F52" w:rsidR="00BD07B3" w:rsidRPr="004A6904" w:rsidRDefault="00BD07B3" w:rsidP="004E6318">
      <w:pPr>
        <w:pStyle w:val="ListParagraph"/>
        <w:numPr>
          <w:ilvl w:val="0"/>
          <w:numId w:val="14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lastRenderedPageBreak/>
        <w:t>التدريب كمدرب إشاري في دورة بعنوان: المبادئ الأولية في تعلم لغة الإشارة للصم والبكم، والتي</w:t>
      </w:r>
      <w:r w:rsidR="00B6002A" w:rsidRPr="004A690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>نظمها مركز خدمة وتنمية المجتمع بجامعة دمنهور فبراير 2025.</w:t>
      </w:r>
    </w:p>
    <w:p w14:paraId="5756309F" w14:textId="20E9ACF1" w:rsidR="00296C4A" w:rsidRPr="004A6904" w:rsidRDefault="00296C4A" w:rsidP="004E6318">
      <w:pPr>
        <w:pStyle w:val="ListParagraph"/>
        <w:numPr>
          <w:ilvl w:val="0"/>
          <w:numId w:val="14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القيام بعمل ورشة عمل بعنوان: لغة الإشارة ضمن فعاليات المؤتمر العلمي الدولي الرابع" التحول الرقمي لتمكين الأطفال ذوي الاحتياجات الخاصة المنعقد في 13 ديسمبر 2025.</w:t>
      </w:r>
    </w:p>
    <w:p w14:paraId="7B9989F1" w14:textId="556465FC" w:rsidR="00A212BC" w:rsidRDefault="00A13E1C" w:rsidP="004E6318">
      <w:pPr>
        <w:pStyle w:val="ListParagraph"/>
        <w:numPr>
          <w:ilvl w:val="0"/>
          <w:numId w:val="14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التدريب</w:t>
      </w:r>
      <w:r w:rsidR="006409A2" w:rsidRPr="004A6904">
        <w:rPr>
          <w:rFonts w:ascii="Simplified Arabic" w:hAnsi="Simplified Arabic" w:cs="Simplified Arabic"/>
          <w:sz w:val="28"/>
          <w:szCs w:val="28"/>
          <w:rtl/>
        </w:rPr>
        <w:t xml:space="preserve"> كمدرب إشاري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لفاعلية دورة تدريبية بعنوان: أساسيات لغة الإشارة وطريقة برايل ضمن مبادرة "أنا متعلم مدي الحياة" بمكتبة مصر العامة بدمنهور وتحت رعاية محافظ البحيرة</w:t>
      </w:r>
      <w:r w:rsidR="002E30D4" w:rsidRPr="004A6904">
        <w:rPr>
          <w:rFonts w:ascii="Simplified Arabic" w:hAnsi="Simplified Arabic" w:cs="Simplified Arabic"/>
          <w:sz w:val="28"/>
          <w:szCs w:val="28"/>
          <w:rtl/>
        </w:rPr>
        <w:t xml:space="preserve"> وذلك في الفترة من</w:t>
      </w:r>
      <w:r w:rsidR="0065448B" w:rsidRPr="004A6904">
        <w:rPr>
          <w:rFonts w:ascii="Simplified Arabic" w:hAnsi="Simplified Arabic" w:cs="Simplified Arabic"/>
          <w:sz w:val="28"/>
          <w:szCs w:val="28"/>
          <w:rtl/>
        </w:rPr>
        <w:t xml:space="preserve"> 2</w:t>
      </w:r>
      <w:r w:rsidR="002E30D4" w:rsidRPr="004A6904">
        <w:rPr>
          <w:rFonts w:ascii="Simplified Arabic" w:hAnsi="Simplified Arabic" w:cs="Simplified Arabic"/>
          <w:sz w:val="28"/>
          <w:szCs w:val="28"/>
          <w:rtl/>
        </w:rPr>
        <w:t>8</w:t>
      </w:r>
      <w:r w:rsidR="0065448B" w:rsidRPr="004A6904">
        <w:rPr>
          <w:rFonts w:ascii="Simplified Arabic" w:hAnsi="Simplified Arabic" w:cs="Simplified Arabic"/>
          <w:sz w:val="28"/>
          <w:szCs w:val="28"/>
          <w:rtl/>
        </w:rPr>
        <w:t xml:space="preserve"> يناير</w:t>
      </w:r>
      <w:r w:rsidR="002E30D4" w:rsidRPr="004A690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20A8F" w:rsidRPr="004A6904">
        <w:rPr>
          <w:rFonts w:ascii="Simplified Arabic" w:hAnsi="Simplified Arabic" w:cs="Simplified Arabic"/>
          <w:sz w:val="28"/>
          <w:szCs w:val="28"/>
          <w:rtl/>
        </w:rPr>
        <w:t>حتى</w:t>
      </w:r>
      <w:r w:rsidR="002E30D4" w:rsidRPr="004A6904">
        <w:rPr>
          <w:rFonts w:ascii="Simplified Arabic" w:hAnsi="Simplified Arabic" w:cs="Simplified Arabic"/>
          <w:sz w:val="28"/>
          <w:szCs w:val="28"/>
          <w:rtl/>
        </w:rPr>
        <w:t xml:space="preserve"> 4 فبراير</w:t>
      </w:r>
      <w:r w:rsidR="0065448B" w:rsidRPr="004A6904">
        <w:rPr>
          <w:rFonts w:ascii="Simplified Arabic" w:hAnsi="Simplified Arabic" w:cs="Simplified Arabic"/>
          <w:sz w:val="28"/>
          <w:szCs w:val="28"/>
          <w:rtl/>
        </w:rPr>
        <w:t xml:space="preserve"> 2026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7AE512D4" w14:textId="472283A7" w:rsidR="00601C4F" w:rsidRDefault="006C2EE1" w:rsidP="004E6318">
      <w:pPr>
        <w:pStyle w:val="ListParagraph"/>
        <w:numPr>
          <w:ilvl w:val="0"/>
          <w:numId w:val="14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إفادات بالمشاركة في حضور وتنظيم عدد من الندوات </w:t>
      </w:r>
      <w:r w:rsidR="00601C4F">
        <w:rPr>
          <w:rFonts w:ascii="Simplified Arabic" w:hAnsi="Simplified Arabic" w:cs="Simplified Arabic" w:hint="cs"/>
          <w:sz w:val="28"/>
          <w:szCs w:val="28"/>
          <w:rtl/>
        </w:rPr>
        <w:t>وورش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العمل بالكلية ومنها</w:t>
      </w:r>
      <w:r w:rsidR="00CA2D4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94B32">
        <w:rPr>
          <w:rFonts w:ascii="Simplified Arabic" w:hAnsi="Simplified Arabic" w:cs="Simplified Arabic" w:hint="cs"/>
          <w:sz w:val="28"/>
          <w:szCs w:val="28"/>
          <w:rtl/>
        </w:rPr>
        <w:t>تنظيم ندوات</w:t>
      </w:r>
      <w:r w:rsidR="00CA2D4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06BAC">
        <w:rPr>
          <w:rFonts w:ascii="Simplified Arabic" w:hAnsi="Simplified Arabic" w:cs="Simplified Arabic" w:hint="cs"/>
          <w:sz w:val="28"/>
          <w:szCs w:val="28"/>
          <w:rtl/>
        </w:rPr>
        <w:t>في عام 2025 بعنوان: ملتقي الشركاء، و</w:t>
      </w:r>
      <w:r w:rsidR="00CA2D4E">
        <w:rPr>
          <w:rFonts w:ascii="Simplified Arabic" w:hAnsi="Simplified Arabic" w:cs="Simplified Arabic" w:hint="cs"/>
          <w:sz w:val="28"/>
          <w:szCs w:val="28"/>
          <w:rtl/>
        </w:rPr>
        <w:t>تدريب حول ريادة الأعمال، ومهارات معلمة الطفولة في العصر الرقمي، واضطراب التوحد واستراتيجيا</w:t>
      </w:r>
      <w:r w:rsidR="00CA2D4E">
        <w:rPr>
          <w:rFonts w:ascii="Simplified Arabic" w:hAnsi="Simplified Arabic" w:cs="Simplified Arabic"/>
          <w:sz w:val="28"/>
          <w:szCs w:val="28"/>
          <w:rtl/>
        </w:rPr>
        <w:t>ت</w:t>
      </w:r>
      <w:r w:rsidR="00CA2D4E">
        <w:rPr>
          <w:rFonts w:ascii="Simplified Arabic" w:hAnsi="Simplified Arabic" w:cs="Simplified Arabic" w:hint="cs"/>
          <w:sz w:val="28"/>
          <w:szCs w:val="28"/>
          <w:rtl/>
        </w:rPr>
        <w:t xml:space="preserve"> التعليم والتأهيل وبرامج التدخل، وتنظيم ورش العمل التأهيلية للتدريب الميداني؛ وفي عام 2026 المشاركة في تنظيم ندوات بعنوان: لا للتنمر، و</w:t>
      </w:r>
      <w:r w:rsidR="00E20D38">
        <w:rPr>
          <w:rFonts w:ascii="Simplified Arabic" w:hAnsi="Simplified Arabic" w:cs="Simplified Arabic" w:hint="cs"/>
          <w:sz w:val="28"/>
          <w:szCs w:val="28"/>
          <w:rtl/>
        </w:rPr>
        <w:t>مباردة سلامتك تهمنا لنشر ثقافة السلامة والصحة المهنية.</w:t>
      </w:r>
    </w:p>
    <w:p w14:paraId="083BFA98" w14:textId="77777777" w:rsidR="0005731B" w:rsidRPr="00994B32" w:rsidRDefault="0005731B" w:rsidP="0005731B">
      <w:pPr>
        <w:pStyle w:val="ListParagraph"/>
        <w:bidi/>
        <w:spacing w:after="0" w:line="240" w:lineRule="auto"/>
        <w:ind w:left="1080"/>
        <w:jc w:val="both"/>
        <w:rPr>
          <w:rFonts w:ascii="Simplified Arabic" w:hAnsi="Simplified Arabic" w:cs="Simplified Arabic"/>
          <w:sz w:val="28"/>
          <w:szCs w:val="28"/>
        </w:rPr>
      </w:pPr>
    </w:p>
    <w:p w14:paraId="1190844B" w14:textId="74EF6DE7" w:rsidR="00F401F7" w:rsidRPr="004A6904" w:rsidRDefault="00F401F7" w:rsidP="00B6002A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4A6904">
        <w:rPr>
          <w:rFonts w:ascii="Simplified Arabic" w:hAnsi="Simplified Arabic" w:cs="Simplified Arabic"/>
          <w:b/>
          <w:bCs/>
          <w:sz w:val="28"/>
          <w:szCs w:val="28"/>
          <w:rtl/>
        </w:rPr>
        <w:t>الخبرات والمهارات:</w:t>
      </w:r>
    </w:p>
    <w:p w14:paraId="23DB78C1" w14:textId="746EC7E8" w:rsidR="00F401F7" w:rsidRPr="00FC3302" w:rsidRDefault="00FC3302" w:rsidP="00FC3302">
      <w:pPr>
        <w:pStyle w:val="ListParagraph"/>
        <w:numPr>
          <w:ilvl w:val="0"/>
          <w:numId w:val="15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القيام بتنسيق 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>مواعيد القوافل والمشاركة في أعمال خدمة المجتمع بالكلية</w:t>
      </w:r>
      <w:r>
        <w:rPr>
          <w:rFonts w:ascii="Simplified Arabic" w:hAnsi="Simplified Arabic" w:cs="Simplified Arabic" w:hint="cs"/>
          <w:sz w:val="28"/>
          <w:szCs w:val="28"/>
          <w:rtl/>
        </w:rPr>
        <w:t>؛ وفقًا ل</w:t>
      </w:r>
      <w:r w:rsidR="00F401F7" w:rsidRPr="00FC3302">
        <w:rPr>
          <w:rFonts w:ascii="Simplified Arabic" w:hAnsi="Simplified Arabic" w:cs="Simplified Arabic"/>
          <w:sz w:val="28"/>
          <w:szCs w:val="28"/>
          <w:rtl/>
        </w:rPr>
        <w:t xml:space="preserve">تكليف السيد وكيل الكلية لشئون خدمة المجتمع وتنمية البيئة أ.د/ سعاد أبو دغيدي 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>10 نوفمبر 2024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55151EC3" w14:textId="76CCD51B" w:rsidR="00961DBB" w:rsidRDefault="00F401F7" w:rsidP="003228D6">
      <w:pPr>
        <w:pStyle w:val="ListParagraph"/>
        <w:numPr>
          <w:ilvl w:val="0"/>
          <w:numId w:val="15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تكليف السيد وكيل الكلية لشئون خدمة المجتمع وتنمية البيئة أ.د/ حسام سمير عمر بالقيام بتنسيق مواعيد </w:t>
      </w:r>
      <w:r w:rsidR="00203D1E">
        <w:rPr>
          <w:rFonts w:ascii="Simplified Arabic" w:hAnsi="Simplified Arabic" w:cs="Simplified Arabic" w:hint="cs"/>
          <w:sz w:val="28"/>
          <w:szCs w:val="28"/>
          <w:rtl/>
        </w:rPr>
        <w:t>الأنشطة و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القوافل والمشاركة في أعمال خدمة المجتمع بالكلية </w:t>
      </w:r>
      <w:r w:rsidR="00961DBB" w:rsidRPr="004A6904">
        <w:rPr>
          <w:rFonts w:ascii="Simplified Arabic" w:hAnsi="Simplified Arabic" w:cs="Simplified Arabic"/>
          <w:sz w:val="28"/>
          <w:szCs w:val="28"/>
          <w:rtl/>
        </w:rPr>
        <w:t>فبراير 2025.</w:t>
      </w:r>
    </w:p>
    <w:p w14:paraId="60ED36ED" w14:textId="616D17FD" w:rsidR="00203D1E" w:rsidRPr="004A6904" w:rsidRDefault="00203D1E" w:rsidP="00203D1E">
      <w:pPr>
        <w:pStyle w:val="ListParagraph"/>
        <w:numPr>
          <w:ilvl w:val="0"/>
          <w:numId w:val="15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تكليف السيد وكيل الكلية لشئون خدمة المجتمع وتنمية البيئة أ.د/ حسام سمير عمر بالقيام </w:t>
      </w:r>
      <w:r>
        <w:rPr>
          <w:rFonts w:ascii="Simplified Arabic" w:hAnsi="Simplified Arabic" w:cs="Simplified Arabic" w:hint="cs"/>
          <w:sz w:val="28"/>
          <w:szCs w:val="28"/>
          <w:rtl/>
        </w:rPr>
        <w:t>بتنسيق أنشطة بنك المعلومات بقطاع خدمة المجتمع بالجامعة</w:t>
      </w:r>
      <w:r w:rsidR="004910C5" w:rsidRPr="004910C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910C5" w:rsidRPr="004A6904">
        <w:rPr>
          <w:rFonts w:ascii="Simplified Arabic" w:hAnsi="Simplified Arabic" w:cs="Simplified Arabic"/>
          <w:sz w:val="28"/>
          <w:szCs w:val="28"/>
          <w:rtl/>
        </w:rPr>
        <w:t>أغسطس 2025حتي 2026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3FFE9F8A" w14:textId="40D9B015" w:rsidR="00E60696" w:rsidRDefault="00E60696" w:rsidP="00961DBB">
      <w:pPr>
        <w:pStyle w:val="ListParagraph"/>
        <w:numPr>
          <w:ilvl w:val="0"/>
          <w:numId w:val="15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>عضو بمكتب التدريب الميداني بالكلية من العام 2022 حتى 2025.</w:t>
      </w:r>
    </w:p>
    <w:p w14:paraId="03A2CE34" w14:textId="32C764C6" w:rsidR="00EF40B1" w:rsidRPr="004A6904" w:rsidRDefault="00EF40B1" w:rsidP="00EF40B1">
      <w:pPr>
        <w:pStyle w:val="ListParagraph"/>
        <w:numPr>
          <w:ilvl w:val="0"/>
          <w:numId w:val="15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عضو بمعيار الموارد</w:t>
      </w:r>
      <w:r w:rsidR="006C69EC">
        <w:rPr>
          <w:rFonts w:ascii="Simplified Arabic" w:hAnsi="Simplified Arabic" w:cs="Simplified Arabic" w:hint="cs"/>
          <w:sz w:val="28"/>
          <w:szCs w:val="28"/>
          <w:rtl/>
        </w:rPr>
        <w:t xml:space="preserve"> ومصادر التعلم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والتسهيلات الداعمة للجودة بالكلية</w:t>
      </w:r>
      <w:r w:rsidR="009A6712">
        <w:rPr>
          <w:rFonts w:ascii="Simplified Arabic" w:hAnsi="Simplified Arabic" w:cs="Simplified Arabic" w:hint="cs"/>
          <w:sz w:val="28"/>
          <w:szCs w:val="28"/>
          <w:rtl/>
        </w:rPr>
        <w:t>2022-2026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17703AC3" w14:textId="45D7F026" w:rsidR="007B70CB" w:rsidRPr="004A6904" w:rsidRDefault="007B70CB" w:rsidP="00E60696">
      <w:pPr>
        <w:pStyle w:val="ListParagraph"/>
        <w:numPr>
          <w:ilvl w:val="0"/>
          <w:numId w:val="15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عضو بمنصة </w:t>
      </w:r>
      <w:r w:rsidRPr="004A6904">
        <w:rPr>
          <w:rFonts w:ascii="Simplified Arabic" w:hAnsi="Simplified Arabic" w:cs="Simplified Arabic"/>
          <w:sz w:val="28"/>
          <w:szCs w:val="28"/>
        </w:rPr>
        <w:t>(Thinqi)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بالكلية 2024.</w:t>
      </w:r>
    </w:p>
    <w:p w14:paraId="1E843555" w14:textId="46B64B03" w:rsidR="007B70CB" w:rsidRPr="004A6904" w:rsidRDefault="007B70CB" w:rsidP="007B70CB">
      <w:pPr>
        <w:pStyle w:val="ListParagraph"/>
        <w:numPr>
          <w:ilvl w:val="0"/>
          <w:numId w:val="15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>عضو بوحدة القياس والتقويم بالكلية من العام 2023 حتى 202</w:t>
      </w:r>
      <w:r w:rsidR="005D75F9" w:rsidRPr="004A6904">
        <w:rPr>
          <w:rFonts w:ascii="Simplified Arabic" w:hAnsi="Simplified Arabic" w:cs="Simplified Arabic"/>
          <w:sz w:val="28"/>
          <w:szCs w:val="28"/>
          <w:rtl/>
        </w:rPr>
        <w:t>4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2135E907" w14:textId="628C8A05" w:rsidR="00FC517E" w:rsidRPr="004A6904" w:rsidRDefault="00FC517E" w:rsidP="007B70CB">
      <w:pPr>
        <w:pStyle w:val="ListParagraph"/>
        <w:numPr>
          <w:ilvl w:val="0"/>
          <w:numId w:val="15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عضو بوحدة </w:t>
      </w:r>
      <w:r w:rsidRPr="004A6904">
        <w:rPr>
          <w:rFonts w:ascii="Simplified Arabic" w:hAnsi="Simplified Arabic" w:cs="Simplified Arabic"/>
          <w:sz w:val="28"/>
          <w:szCs w:val="28"/>
        </w:rPr>
        <w:t>(IT)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/ ابن الهيثم بالكلية من العام 2024 </w:t>
      </w:r>
      <w:r w:rsidR="00CD3E11" w:rsidRPr="004A6904">
        <w:rPr>
          <w:rFonts w:ascii="Simplified Arabic" w:hAnsi="Simplified Arabic" w:cs="Simplified Arabic" w:hint="cs"/>
          <w:sz w:val="28"/>
          <w:szCs w:val="28"/>
          <w:rtl/>
        </w:rPr>
        <w:t>حتى</w:t>
      </w: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 2025.</w:t>
      </w:r>
    </w:p>
    <w:p w14:paraId="18F752EF" w14:textId="6CEEE190" w:rsidR="00E664CB" w:rsidRPr="004910C5" w:rsidRDefault="009A1C78" w:rsidP="004910C5">
      <w:pPr>
        <w:pStyle w:val="ListParagraph"/>
        <w:numPr>
          <w:ilvl w:val="0"/>
          <w:numId w:val="15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 w:rsidRPr="004A6904">
        <w:rPr>
          <w:rFonts w:ascii="Simplified Arabic" w:hAnsi="Simplified Arabic" w:cs="Simplified Arabic"/>
          <w:sz w:val="28"/>
          <w:szCs w:val="28"/>
          <w:rtl/>
        </w:rPr>
        <w:t xml:space="preserve">عضو بمنصة </w:t>
      </w:r>
      <w:r w:rsidR="00B30A2F" w:rsidRPr="004A6904">
        <w:rPr>
          <w:rFonts w:ascii="Simplified Arabic" w:hAnsi="Simplified Arabic" w:cs="Simplified Arabic"/>
          <w:sz w:val="28"/>
          <w:szCs w:val="28"/>
        </w:rPr>
        <w:t>(SMART)</w:t>
      </w:r>
      <w:r w:rsidR="00AB1BFF" w:rsidRPr="004A6904">
        <w:rPr>
          <w:rFonts w:ascii="Simplified Arabic" w:hAnsi="Simplified Arabic" w:cs="Simplified Arabic"/>
          <w:sz w:val="28"/>
          <w:szCs w:val="28"/>
          <w:rtl/>
        </w:rPr>
        <w:t xml:space="preserve"> بالكلية فبراير 2026.</w:t>
      </w:r>
      <w:r w:rsidR="00954C5E" w:rsidRPr="004910C5">
        <w:rPr>
          <w:rFonts w:ascii="Simplified Arabic" w:hAnsi="Simplified Arabic" w:cs="Simplified Arabic"/>
          <w:sz w:val="32"/>
          <w:szCs w:val="32"/>
        </w:rPr>
        <w:br/>
        <w:t xml:space="preserve"> </w:t>
      </w:r>
    </w:p>
    <w:sectPr w:rsidR="00E664CB" w:rsidRPr="004910C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18A09" w14:textId="77777777" w:rsidR="00D830EF" w:rsidRDefault="00D830EF" w:rsidP="006C2EE1">
      <w:pPr>
        <w:spacing w:after="0" w:line="240" w:lineRule="auto"/>
      </w:pPr>
      <w:r>
        <w:separator/>
      </w:r>
    </w:p>
  </w:endnote>
  <w:endnote w:type="continuationSeparator" w:id="0">
    <w:p w14:paraId="4715AFE9" w14:textId="77777777" w:rsidR="00D830EF" w:rsidRDefault="00D830EF" w:rsidP="006C2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2F734" w14:textId="77777777" w:rsidR="00D830EF" w:rsidRDefault="00D830EF" w:rsidP="006C2EE1">
      <w:pPr>
        <w:spacing w:after="0" w:line="240" w:lineRule="auto"/>
      </w:pPr>
      <w:r>
        <w:separator/>
      </w:r>
    </w:p>
  </w:footnote>
  <w:footnote w:type="continuationSeparator" w:id="0">
    <w:p w14:paraId="3B87182B" w14:textId="77777777" w:rsidR="00D830EF" w:rsidRDefault="00D830EF" w:rsidP="006C2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4B1758"/>
    <w:multiLevelType w:val="hybridMultilevel"/>
    <w:tmpl w:val="77C2B4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EDE0692"/>
    <w:multiLevelType w:val="hybridMultilevel"/>
    <w:tmpl w:val="6E4E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0843E5"/>
    <w:multiLevelType w:val="hybridMultilevel"/>
    <w:tmpl w:val="F6665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15DF9"/>
    <w:multiLevelType w:val="hybridMultilevel"/>
    <w:tmpl w:val="B7A60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A10CA"/>
    <w:multiLevelType w:val="hybridMultilevel"/>
    <w:tmpl w:val="3628F7F0"/>
    <w:lvl w:ilvl="0" w:tplc="F5A4492A">
      <w:start w:val="1"/>
      <w:numFmt w:val="decimal"/>
      <w:lvlText w:val="%1-"/>
      <w:lvlJc w:val="left"/>
      <w:pPr>
        <w:ind w:left="720" w:hanging="360"/>
      </w:pPr>
      <w:rPr>
        <w:rFonts w:ascii="Simplified Arabic" w:hAnsi="Simplified Arabic" w:cs="Simplified Arabic"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471F1"/>
    <w:multiLevelType w:val="hybridMultilevel"/>
    <w:tmpl w:val="BF7EF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A1145D"/>
    <w:multiLevelType w:val="hybridMultilevel"/>
    <w:tmpl w:val="374EF7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1390338">
    <w:abstractNumId w:val="8"/>
  </w:num>
  <w:num w:numId="2" w16cid:durableId="1741126826">
    <w:abstractNumId w:val="6"/>
  </w:num>
  <w:num w:numId="3" w16cid:durableId="729577910">
    <w:abstractNumId w:val="5"/>
  </w:num>
  <w:num w:numId="4" w16cid:durableId="728966668">
    <w:abstractNumId w:val="4"/>
  </w:num>
  <w:num w:numId="5" w16cid:durableId="1986736560">
    <w:abstractNumId w:val="7"/>
  </w:num>
  <w:num w:numId="6" w16cid:durableId="1287270144">
    <w:abstractNumId w:val="3"/>
  </w:num>
  <w:num w:numId="7" w16cid:durableId="374699795">
    <w:abstractNumId w:val="2"/>
  </w:num>
  <w:num w:numId="8" w16cid:durableId="2137406854">
    <w:abstractNumId w:val="1"/>
  </w:num>
  <w:num w:numId="9" w16cid:durableId="877858548">
    <w:abstractNumId w:val="0"/>
  </w:num>
  <w:num w:numId="10" w16cid:durableId="1040277477">
    <w:abstractNumId w:val="12"/>
  </w:num>
  <w:num w:numId="11" w16cid:durableId="584460389">
    <w:abstractNumId w:val="14"/>
  </w:num>
  <w:num w:numId="12" w16cid:durableId="624894277">
    <w:abstractNumId w:val="13"/>
  </w:num>
  <w:num w:numId="13" w16cid:durableId="1683975845">
    <w:abstractNumId w:val="11"/>
  </w:num>
  <w:num w:numId="14" w16cid:durableId="675689107">
    <w:abstractNumId w:val="15"/>
  </w:num>
  <w:num w:numId="15" w16cid:durableId="1349719461">
    <w:abstractNumId w:val="10"/>
  </w:num>
  <w:num w:numId="16" w16cid:durableId="10654892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5D3C"/>
    <w:rsid w:val="00031517"/>
    <w:rsid w:val="00034616"/>
    <w:rsid w:val="00051E49"/>
    <w:rsid w:val="00052D04"/>
    <w:rsid w:val="0005731B"/>
    <w:rsid w:val="0006063C"/>
    <w:rsid w:val="0006182D"/>
    <w:rsid w:val="0006772D"/>
    <w:rsid w:val="00074851"/>
    <w:rsid w:val="000A44DA"/>
    <w:rsid w:val="000C019F"/>
    <w:rsid w:val="001042A8"/>
    <w:rsid w:val="00115A67"/>
    <w:rsid w:val="0015074B"/>
    <w:rsid w:val="001670FD"/>
    <w:rsid w:val="001A6239"/>
    <w:rsid w:val="00203D1E"/>
    <w:rsid w:val="0023631F"/>
    <w:rsid w:val="0024163D"/>
    <w:rsid w:val="002763B3"/>
    <w:rsid w:val="00293E3C"/>
    <w:rsid w:val="0029639D"/>
    <w:rsid w:val="00296C4A"/>
    <w:rsid w:val="002E30D4"/>
    <w:rsid w:val="003228D6"/>
    <w:rsid w:val="0032530F"/>
    <w:rsid w:val="00326F90"/>
    <w:rsid w:val="003304E0"/>
    <w:rsid w:val="003337F1"/>
    <w:rsid w:val="003437CB"/>
    <w:rsid w:val="00365976"/>
    <w:rsid w:val="003C5F27"/>
    <w:rsid w:val="003D1507"/>
    <w:rsid w:val="00425AFC"/>
    <w:rsid w:val="00453B9C"/>
    <w:rsid w:val="00483218"/>
    <w:rsid w:val="00485339"/>
    <w:rsid w:val="004910C5"/>
    <w:rsid w:val="004A6904"/>
    <w:rsid w:val="004E6318"/>
    <w:rsid w:val="004F206A"/>
    <w:rsid w:val="0051633B"/>
    <w:rsid w:val="0052059B"/>
    <w:rsid w:val="00544AA3"/>
    <w:rsid w:val="00547971"/>
    <w:rsid w:val="005559A3"/>
    <w:rsid w:val="00567783"/>
    <w:rsid w:val="00573E2B"/>
    <w:rsid w:val="005D75F9"/>
    <w:rsid w:val="00601C4F"/>
    <w:rsid w:val="00606A39"/>
    <w:rsid w:val="006355C9"/>
    <w:rsid w:val="006409A2"/>
    <w:rsid w:val="0065448B"/>
    <w:rsid w:val="00676880"/>
    <w:rsid w:val="006A2A95"/>
    <w:rsid w:val="006A46EC"/>
    <w:rsid w:val="006C2EE1"/>
    <w:rsid w:val="006C69EC"/>
    <w:rsid w:val="006E40E9"/>
    <w:rsid w:val="006F07C2"/>
    <w:rsid w:val="007202B8"/>
    <w:rsid w:val="00752480"/>
    <w:rsid w:val="007B70CB"/>
    <w:rsid w:val="007F7A3E"/>
    <w:rsid w:val="00836A29"/>
    <w:rsid w:val="008B3C07"/>
    <w:rsid w:val="008C68D0"/>
    <w:rsid w:val="008D11BF"/>
    <w:rsid w:val="008F5A98"/>
    <w:rsid w:val="008F6B12"/>
    <w:rsid w:val="008F784D"/>
    <w:rsid w:val="00920A8F"/>
    <w:rsid w:val="00927500"/>
    <w:rsid w:val="009328AF"/>
    <w:rsid w:val="00954C5E"/>
    <w:rsid w:val="00961DBB"/>
    <w:rsid w:val="00980C6A"/>
    <w:rsid w:val="00994B32"/>
    <w:rsid w:val="009A1C78"/>
    <w:rsid w:val="009A6712"/>
    <w:rsid w:val="00A053AE"/>
    <w:rsid w:val="00A13E1C"/>
    <w:rsid w:val="00A14A40"/>
    <w:rsid w:val="00A212BC"/>
    <w:rsid w:val="00AA1D8D"/>
    <w:rsid w:val="00AA3E4A"/>
    <w:rsid w:val="00AB1BFF"/>
    <w:rsid w:val="00AC0739"/>
    <w:rsid w:val="00AF6E73"/>
    <w:rsid w:val="00B30A2F"/>
    <w:rsid w:val="00B47730"/>
    <w:rsid w:val="00B6002A"/>
    <w:rsid w:val="00B871B8"/>
    <w:rsid w:val="00BA19ED"/>
    <w:rsid w:val="00BB34ED"/>
    <w:rsid w:val="00BB6995"/>
    <w:rsid w:val="00BD07B3"/>
    <w:rsid w:val="00C12024"/>
    <w:rsid w:val="00C25825"/>
    <w:rsid w:val="00C648D1"/>
    <w:rsid w:val="00C83F8A"/>
    <w:rsid w:val="00CA2D4E"/>
    <w:rsid w:val="00CA6483"/>
    <w:rsid w:val="00CA67FF"/>
    <w:rsid w:val="00CA79E0"/>
    <w:rsid w:val="00CB0664"/>
    <w:rsid w:val="00CD3E11"/>
    <w:rsid w:val="00CD61FC"/>
    <w:rsid w:val="00D06819"/>
    <w:rsid w:val="00D06BAC"/>
    <w:rsid w:val="00D1210D"/>
    <w:rsid w:val="00D26658"/>
    <w:rsid w:val="00D470EA"/>
    <w:rsid w:val="00D64B47"/>
    <w:rsid w:val="00D830EF"/>
    <w:rsid w:val="00D962F9"/>
    <w:rsid w:val="00DD28F3"/>
    <w:rsid w:val="00DF6E13"/>
    <w:rsid w:val="00E16172"/>
    <w:rsid w:val="00E20D38"/>
    <w:rsid w:val="00E60696"/>
    <w:rsid w:val="00E64B67"/>
    <w:rsid w:val="00E664CB"/>
    <w:rsid w:val="00E87E22"/>
    <w:rsid w:val="00EA2A78"/>
    <w:rsid w:val="00EB3B77"/>
    <w:rsid w:val="00EE03D2"/>
    <w:rsid w:val="00EF40B1"/>
    <w:rsid w:val="00F401F7"/>
    <w:rsid w:val="00F43B7F"/>
    <w:rsid w:val="00F54AB3"/>
    <w:rsid w:val="00FC3302"/>
    <w:rsid w:val="00FC517E"/>
    <w:rsid w:val="00FC693F"/>
    <w:rsid w:val="00FF2F04"/>
    <w:rsid w:val="00FF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E3D11A"/>
  <w14:defaultImageDpi w14:val="300"/>
  <w15:docId w15:val="{40C1D814-DA6A-44C3-BE3A-C9F7E462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D28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2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ya.shaker@kgr.dmu.edu.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7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دنيا شاكر حنفى غانم</cp:lastModifiedBy>
  <cp:revision>114</cp:revision>
  <cp:lastPrinted>2026-06-26T19:17:00Z</cp:lastPrinted>
  <dcterms:created xsi:type="dcterms:W3CDTF">2013-12-23T23:15:00Z</dcterms:created>
  <dcterms:modified xsi:type="dcterms:W3CDTF">2026-08-18T16:40:00Z</dcterms:modified>
  <cp:category/>
</cp:coreProperties>
</file>